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EB8EC" w14:textId="77777777" w:rsidR="003869F9" w:rsidRPr="002A664E" w:rsidRDefault="00D35714" w:rsidP="00147FE2">
      <w:pPr>
        <w:pStyle w:val="Title"/>
        <w:pBdr>
          <w:bottom w:val="single" w:sz="8" w:space="10" w:color="4F81BD" w:themeColor="accent1"/>
        </w:pBdr>
        <w:jc w:val="center"/>
        <w:rPr>
          <w:rFonts w:ascii="Times New Roman" w:hAnsi="Times New Roman" w:cs="Times New Roman"/>
        </w:rPr>
      </w:pPr>
      <w:r w:rsidRPr="002A664E">
        <w:rPr>
          <w:rFonts w:ascii="Times New Roman" w:hAnsi="Times New Roman" w:cs="Times New Roman"/>
        </w:rPr>
        <w:t>Curriculum Vitae</w:t>
      </w:r>
    </w:p>
    <w:p w14:paraId="4D12AC35" w14:textId="0CE54E58" w:rsidR="00890408" w:rsidRPr="005560AE" w:rsidRDefault="006C0CCD" w:rsidP="004D41C7">
      <w:pPr>
        <w:pStyle w:val="Heading1"/>
        <w:spacing w:befor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Name</w:t>
      </w:r>
    </w:p>
    <w:p w14:paraId="6FBE1973" w14:textId="1135D587" w:rsidR="00BC0DE0" w:rsidRPr="002A664E" w:rsidRDefault="003157F1" w:rsidP="004D41C7">
      <w:pPr>
        <w:pStyle w:val="Heading1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Designation </w:t>
      </w: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2B755D" w:rsidRPr="002A664E" w14:paraId="2DFF9AFF" w14:textId="77777777" w:rsidTr="001219C7">
        <w:trPr>
          <w:trHeight w:val="512"/>
        </w:trPr>
        <w:tc>
          <w:tcPr>
            <w:tcW w:w="11016" w:type="dxa"/>
            <w:shd w:val="clear" w:color="auto" w:fill="244061" w:themeFill="accent1" w:themeFillShade="80"/>
            <w:vAlign w:val="center"/>
          </w:tcPr>
          <w:p w14:paraId="6AE3534D" w14:textId="77777777" w:rsidR="002B755D" w:rsidRPr="002A664E" w:rsidRDefault="002B755D" w:rsidP="002B755D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>Personal Information</w:t>
            </w:r>
          </w:p>
        </w:tc>
      </w:tr>
    </w:tbl>
    <w:p w14:paraId="41EA0360" w14:textId="77777777" w:rsidR="002B755D" w:rsidRPr="0033392E" w:rsidRDefault="002B755D" w:rsidP="00485B4A">
      <w:pPr>
        <w:spacing w:after="120"/>
        <w:rPr>
          <w:rFonts w:ascii="Times New Roman" w:hAnsi="Times New Roman" w:cs="Times New Roman"/>
          <w:sz w:val="2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1692"/>
        <w:gridCol w:w="6584"/>
        <w:gridCol w:w="2514"/>
      </w:tblGrid>
      <w:tr w:rsidR="00F2107A" w:rsidRPr="002A664E" w14:paraId="44A2227E" w14:textId="77777777" w:rsidTr="00890408">
        <w:tc>
          <w:tcPr>
            <w:tcW w:w="784" w:type="pct"/>
          </w:tcPr>
          <w:p w14:paraId="49905271" w14:textId="77777777" w:rsidR="00F2107A" w:rsidRPr="002A664E" w:rsidRDefault="00F2107A" w:rsidP="00562EE7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Nationality</w:t>
            </w:r>
          </w:p>
        </w:tc>
        <w:tc>
          <w:tcPr>
            <w:tcW w:w="3051" w:type="pct"/>
          </w:tcPr>
          <w:p w14:paraId="40B7875A" w14:textId="176A6C02" w:rsidR="00F2107A" w:rsidRPr="002A664E" w:rsidRDefault="00F2107A" w:rsidP="00562EE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165" w:type="pct"/>
            <w:vMerge w:val="restart"/>
          </w:tcPr>
          <w:p w14:paraId="040B6804" w14:textId="44E20F13" w:rsidR="00F2107A" w:rsidRPr="002A664E" w:rsidRDefault="003157F1" w:rsidP="00890408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Passport style picture with white background </w:t>
            </w:r>
          </w:p>
        </w:tc>
      </w:tr>
      <w:tr w:rsidR="00F2107A" w:rsidRPr="002A664E" w14:paraId="738B6CCA" w14:textId="77777777" w:rsidTr="00890408">
        <w:tc>
          <w:tcPr>
            <w:tcW w:w="784" w:type="pct"/>
          </w:tcPr>
          <w:p w14:paraId="1B1208BA" w14:textId="77777777" w:rsidR="00F2107A" w:rsidRPr="002A664E" w:rsidRDefault="00F2107A" w:rsidP="00562EE7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Department</w:t>
            </w:r>
          </w:p>
        </w:tc>
        <w:tc>
          <w:tcPr>
            <w:tcW w:w="3051" w:type="pct"/>
          </w:tcPr>
          <w:p w14:paraId="1DE58FF4" w14:textId="68BE35E8" w:rsidR="00F2107A" w:rsidRPr="002A664E" w:rsidRDefault="00F2107A" w:rsidP="00562EE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165" w:type="pct"/>
            <w:vMerge/>
          </w:tcPr>
          <w:p w14:paraId="0AD048F4" w14:textId="77777777" w:rsidR="00F2107A" w:rsidRPr="002A664E" w:rsidRDefault="00F2107A" w:rsidP="00562EE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E42698" w:rsidRPr="002A664E" w14:paraId="1A55A167" w14:textId="77777777" w:rsidTr="00890408">
        <w:tc>
          <w:tcPr>
            <w:tcW w:w="784" w:type="pct"/>
          </w:tcPr>
          <w:p w14:paraId="46D96B68" w14:textId="77777777" w:rsidR="00E42698" w:rsidRPr="002A664E" w:rsidRDefault="00E42698" w:rsidP="00562EE7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Faculty </w:t>
            </w:r>
          </w:p>
        </w:tc>
        <w:tc>
          <w:tcPr>
            <w:tcW w:w="3051" w:type="pct"/>
          </w:tcPr>
          <w:p w14:paraId="1DFA4F86" w14:textId="6426F36D" w:rsidR="00E42698" w:rsidRPr="002A664E" w:rsidRDefault="00E42698" w:rsidP="00562EE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165" w:type="pct"/>
            <w:vMerge/>
          </w:tcPr>
          <w:p w14:paraId="26C979E2" w14:textId="77777777" w:rsidR="00E42698" w:rsidRPr="002A664E" w:rsidRDefault="00E42698" w:rsidP="00562EE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F2107A" w:rsidRPr="002A664E" w14:paraId="4AB9E7A0" w14:textId="77777777" w:rsidTr="00890408">
        <w:tc>
          <w:tcPr>
            <w:tcW w:w="784" w:type="pct"/>
          </w:tcPr>
          <w:p w14:paraId="621DBF23" w14:textId="77777777" w:rsidR="00F2107A" w:rsidRPr="002A664E" w:rsidRDefault="00F2107A" w:rsidP="00562EE7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University</w:t>
            </w:r>
          </w:p>
        </w:tc>
        <w:tc>
          <w:tcPr>
            <w:tcW w:w="3051" w:type="pct"/>
          </w:tcPr>
          <w:p w14:paraId="2A3A8FF0" w14:textId="455576E3" w:rsidR="00F2107A" w:rsidRPr="002A664E" w:rsidRDefault="00F2107A" w:rsidP="00562EE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165" w:type="pct"/>
            <w:vMerge/>
          </w:tcPr>
          <w:p w14:paraId="23B0A515" w14:textId="77777777" w:rsidR="00F2107A" w:rsidRPr="002A664E" w:rsidRDefault="00F2107A" w:rsidP="00562EE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F2107A" w:rsidRPr="002A664E" w14:paraId="6EBEA31F" w14:textId="77777777" w:rsidTr="00890408">
        <w:tc>
          <w:tcPr>
            <w:tcW w:w="784" w:type="pct"/>
          </w:tcPr>
          <w:p w14:paraId="58F7CC86" w14:textId="77777777" w:rsidR="00F2107A" w:rsidRPr="002A664E" w:rsidRDefault="001526C9" w:rsidP="00562EE7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Mailing </w:t>
            </w:r>
            <w:r w:rsidR="00F2107A" w:rsidRPr="002A664E"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3051" w:type="pct"/>
          </w:tcPr>
          <w:p w14:paraId="356E23FF" w14:textId="7ABEB795" w:rsidR="00F2107A" w:rsidRPr="002A664E" w:rsidRDefault="00F2107A" w:rsidP="00562EE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165" w:type="pct"/>
            <w:vMerge/>
          </w:tcPr>
          <w:p w14:paraId="5D67B604" w14:textId="77777777" w:rsidR="00F2107A" w:rsidRPr="002A664E" w:rsidRDefault="00F2107A" w:rsidP="00562EE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F2107A" w:rsidRPr="002A664E" w14:paraId="36C653C0" w14:textId="77777777" w:rsidTr="00890408">
        <w:tc>
          <w:tcPr>
            <w:tcW w:w="784" w:type="pct"/>
          </w:tcPr>
          <w:p w14:paraId="2284DD24" w14:textId="77777777" w:rsidR="00F2107A" w:rsidRPr="002A664E" w:rsidRDefault="00F2107A" w:rsidP="00562EE7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Contact No</w:t>
            </w:r>
          </w:p>
        </w:tc>
        <w:tc>
          <w:tcPr>
            <w:tcW w:w="3051" w:type="pct"/>
          </w:tcPr>
          <w:p w14:paraId="5E2471BD" w14:textId="0195B629" w:rsidR="00F2107A" w:rsidRPr="002A664E" w:rsidRDefault="00F2107A" w:rsidP="00562EE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165" w:type="pct"/>
            <w:vMerge/>
          </w:tcPr>
          <w:p w14:paraId="372C3A53" w14:textId="77777777" w:rsidR="00F2107A" w:rsidRPr="002A664E" w:rsidRDefault="00F2107A" w:rsidP="00562EE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F2107A" w:rsidRPr="002A664E" w14:paraId="1CEEF06C" w14:textId="77777777" w:rsidTr="00890408">
        <w:tc>
          <w:tcPr>
            <w:tcW w:w="784" w:type="pct"/>
          </w:tcPr>
          <w:p w14:paraId="7187BF2B" w14:textId="77777777" w:rsidR="00F2107A" w:rsidRPr="002A664E" w:rsidRDefault="00F2107A" w:rsidP="00562EE7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Personal Email</w:t>
            </w:r>
          </w:p>
        </w:tc>
        <w:tc>
          <w:tcPr>
            <w:tcW w:w="3051" w:type="pct"/>
          </w:tcPr>
          <w:p w14:paraId="7FBDCD54" w14:textId="6779ED14" w:rsidR="00F2107A" w:rsidRPr="002A664E" w:rsidRDefault="00F2107A" w:rsidP="00562EE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165" w:type="pct"/>
            <w:vMerge/>
          </w:tcPr>
          <w:p w14:paraId="2F7B0155" w14:textId="77777777" w:rsidR="00F2107A" w:rsidRPr="002A664E" w:rsidRDefault="00F2107A" w:rsidP="00562EE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F2107A" w:rsidRPr="002A664E" w14:paraId="52D34BAE" w14:textId="77777777" w:rsidTr="00890408">
        <w:tc>
          <w:tcPr>
            <w:tcW w:w="784" w:type="pct"/>
          </w:tcPr>
          <w:p w14:paraId="158A3135" w14:textId="77777777" w:rsidR="00F2107A" w:rsidRPr="002A664E" w:rsidRDefault="00F2107A" w:rsidP="00562EE7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Official Email</w:t>
            </w:r>
          </w:p>
        </w:tc>
        <w:tc>
          <w:tcPr>
            <w:tcW w:w="3051" w:type="pct"/>
          </w:tcPr>
          <w:p w14:paraId="718E8D27" w14:textId="4B88FC39" w:rsidR="00F2107A" w:rsidRPr="002A664E" w:rsidRDefault="00F2107A" w:rsidP="00562EE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165" w:type="pct"/>
            <w:vMerge/>
          </w:tcPr>
          <w:p w14:paraId="04C9F547" w14:textId="77777777" w:rsidR="00F2107A" w:rsidRPr="002A664E" w:rsidRDefault="00F2107A" w:rsidP="00562EE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0F0B3678" w14:textId="77777777" w:rsidR="002B755D" w:rsidRPr="002A664E" w:rsidRDefault="002B755D" w:rsidP="002B755D">
      <w:pPr>
        <w:spacing w:after="0"/>
        <w:rPr>
          <w:rFonts w:ascii="Times New Roman" w:hAnsi="Times New Roman" w:cs="Times New Roman"/>
          <w:sz w:val="6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2B755D" w:rsidRPr="002A664E" w14:paraId="640E3AE2" w14:textId="77777777" w:rsidTr="001219C7">
        <w:tc>
          <w:tcPr>
            <w:tcW w:w="11016" w:type="dxa"/>
            <w:shd w:val="clear" w:color="auto" w:fill="244061" w:themeFill="accent1" w:themeFillShade="80"/>
            <w:vAlign w:val="center"/>
          </w:tcPr>
          <w:p w14:paraId="3C354E6B" w14:textId="77777777" w:rsidR="002B755D" w:rsidRPr="002A664E" w:rsidRDefault="002B755D" w:rsidP="002B755D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 xml:space="preserve">Professional Summary  </w:t>
            </w:r>
          </w:p>
        </w:tc>
      </w:tr>
    </w:tbl>
    <w:p w14:paraId="10F5CC0B" w14:textId="77777777" w:rsidR="006628E1" w:rsidRDefault="006628E1" w:rsidP="002B755D">
      <w:pPr>
        <w:pStyle w:val="Heading1"/>
        <w:spacing w:before="0"/>
        <w:rPr>
          <w:rFonts w:ascii="Times New Roman" w:hAnsi="Times New Roman" w:cs="Times New Roman"/>
          <w:sz w:val="8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4223"/>
        <w:gridCol w:w="1724"/>
        <w:gridCol w:w="710"/>
        <w:gridCol w:w="1558"/>
        <w:gridCol w:w="704"/>
        <w:gridCol w:w="1871"/>
      </w:tblGrid>
      <w:tr w:rsidR="006628E1" w:rsidRPr="002A664E" w14:paraId="0C699D0A" w14:textId="77777777" w:rsidTr="00F74FEE">
        <w:trPr>
          <w:trHeight w:val="1718"/>
        </w:trPr>
        <w:tc>
          <w:tcPr>
            <w:tcW w:w="5000" w:type="pct"/>
            <w:gridSpan w:val="6"/>
          </w:tcPr>
          <w:p w14:paraId="43EC6194" w14:textId="0F516CE4" w:rsidR="005560AE" w:rsidRDefault="00A03D50" w:rsidP="00E50419">
            <w:pPr>
              <w:jc w:val="both"/>
              <w:rPr>
                <w:lang w:val="en-PK"/>
              </w:rPr>
            </w:pPr>
            <w:r>
              <w:rPr>
                <w:lang w:val="en-PK"/>
              </w:rPr>
              <w:t xml:space="preserve"> A brief description about the faculty member educational and research background.</w:t>
            </w:r>
          </w:p>
          <w:p w14:paraId="630E099B" w14:textId="77777777" w:rsidR="00E50419" w:rsidRDefault="00E50419" w:rsidP="00E50419">
            <w:pPr>
              <w:jc w:val="both"/>
              <w:rPr>
                <w:lang w:val="en-PK"/>
              </w:rPr>
            </w:pPr>
          </w:p>
          <w:p w14:paraId="0A491B5B" w14:textId="77777777" w:rsidR="00E50419" w:rsidRDefault="00E50419" w:rsidP="00E50419">
            <w:pPr>
              <w:jc w:val="both"/>
              <w:rPr>
                <w:lang w:val="en-PK"/>
              </w:rPr>
            </w:pPr>
          </w:p>
          <w:p w14:paraId="0E41A524" w14:textId="77777777" w:rsidR="00E50419" w:rsidRDefault="00E50419" w:rsidP="00E50419">
            <w:pPr>
              <w:jc w:val="both"/>
              <w:rPr>
                <w:lang w:val="en-PK"/>
              </w:rPr>
            </w:pPr>
          </w:p>
          <w:p w14:paraId="40A1709A" w14:textId="3D7F1E64" w:rsidR="00E50419" w:rsidRPr="00E50419" w:rsidRDefault="00E50419" w:rsidP="00E50419">
            <w:pPr>
              <w:pStyle w:val="ListParagraph"/>
              <w:numPr>
                <w:ilvl w:val="0"/>
                <w:numId w:val="18"/>
              </w:numPr>
              <w:jc w:val="both"/>
              <w:rPr>
                <w:lang w:val="en-PK"/>
              </w:rPr>
            </w:pPr>
          </w:p>
        </w:tc>
      </w:tr>
      <w:tr w:rsidR="00553DC7" w:rsidRPr="002A664E" w14:paraId="6F32367F" w14:textId="77777777" w:rsidTr="00E50419">
        <w:trPr>
          <w:trHeight w:val="287"/>
        </w:trPr>
        <w:tc>
          <w:tcPr>
            <w:tcW w:w="1957" w:type="pct"/>
          </w:tcPr>
          <w:p w14:paraId="4ABA3AFC" w14:textId="77777777" w:rsidR="00553DC7" w:rsidRPr="00E01B73" w:rsidRDefault="007F247B" w:rsidP="005A5964">
            <w:pPr>
              <w:rPr>
                <w:rFonts w:ascii="Times New Roman" w:hAnsi="Times New Roman" w:cs="Times New Roman"/>
                <w:b/>
              </w:rPr>
            </w:pPr>
            <w:r w:rsidRPr="00E01B73">
              <w:rPr>
                <w:rFonts w:ascii="Times New Roman" w:hAnsi="Times New Roman" w:cs="Times New Roman"/>
                <w:b/>
              </w:rPr>
              <w:t>A</w:t>
            </w:r>
            <w:r w:rsidR="005A5964" w:rsidRPr="00E01B73">
              <w:rPr>
                <w:rFonts w:ascii="Times New Roman" w:hAnsi="Times New Roman" w:cs="Times New Roman"/>
                <w:b/>
              </w:rPr>
              <w:t xml:space="preserve">rticles published </w:t>
            </w:r>
            <w:r w:rsidRPr="00E01B73">
              <w:rPr>
                <w:rFonts w:ascii="Times New Roman" w:hAnsi="Times New Roman" w:cs="Times New Roman"/>
                <w:b/>
              </w:rPr>
              <w:t>(n)</w:t>
            </w:r>
          </w:p>
        </w:tc>
        <w:tc>
          <w:tcPr>
            <w:tcW w:w="3043" w:type="pct"/>
            <w:gridSpan w:val="5"/>
          </w:tcPr>
          <w:p w14:paraId="6575B1C8" w14:textId="2A128E1C" w:rsidR="00553DC7" w:rsidRPr="002A664E" w:rsidRDefault="00553DC7" w:rsidP="008358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157F1" w:rsidRPr="002A664E" w14:paraId="08F71F47" w14:textId="77777777" w:rsidTr="00E50419">
        <w:trPr>
          <w:trHeight w:val="287"/>
        </w:trPr>
        <w:tc>
          <w:tcPr>
            <w:tcW w:w="1957" w:type="pct"/>
          </w:tcPr>
          <w:p w14:paraId="7461951A" w14:textId="270BC665" w:rsidR="003157F1" w:rsidRPr="002A664E" w:rsidRDefault="003157F1" w:rsidP="003157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JCR Impact Factor 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A664E">
              <w:rPr>
                <w:rFonts w:ascii="Times New Roman" w:hAnsi="Times New Roman" w:cs="Times New Roman"/>
              </w:rPr>
              <w:t>W-Category articles (n)</w:t>
            </w:r>
          </w:p>
        </w:tc>
        <w:tc>
          <w:tcPr>
            <w:tcW w:w="3043" w:type="pct"/>
            <w:gridSpan w:val="5"/>
          </w:tcPr>
          <w:p w14:paraId="5EA20718" w14:textId="24E29161" w:rsidR="003157F1" w:rsidRPr="002A664E" w:rsidRDefault="003157F1" w:rsidP="003157F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157F1" w:rsidRPr="002A664E" w14:paraId="7619E2A3" w14:textId="77777777" w:rsidTr="00E50419">
        <w:trPr>
          <w:trHeight w:val="287"/>
        </w:trPr>
        <w:tc>
          <w:tcPr>
            <w:tcW w:w="1957" w:type="pct"/>
          </w:tcPr>
          <w:p w14:paraId="0B77AE6E" w14:textId="2585DCFD" w:rsidR="003157F1" w:rsidRPr="003157F1" w:rsidRDefault="003157F1" w:rsidP="003157F1">
            <w:pPr>
              <w:rPr>
                <w:rFonts w:ascii="Times New Roman" w:hAnsi="Times New Roman" w:cs="Times New Roman"/>
              </w:rPr>
            </w:pPr>
            <w:r w:rsidRPr="003157F1">
              <w:rPr>
                <w:rFonts w:ascii="Times New Roman" w:hAnsi="Times New Roman" w:cs="Times New Roman"/>
              </w:rPr>
              <w:t>X-Category articles (n)</w:t>
            </w:r>
          </w:p>
        </w:tc>
        <w:tc>
          <w:tcPr>
            <w:tcW w:w="3043" w:type="pct"/>
            <w:gridSpan w:val="5"/>
          </w:tcPr>
          <w:p w14:paraId="096B57F4" w14:textId="22EFFB79" w:rsidR="003157F1" w:rsidRPr="002A664E" w:rsidRDefault="003157F1" w:rsidP="003157F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157F1" w:rsidRPr="002A664E" w14:paraId="43BDA096" w14:textId="77777777" w:rsidTr="00E50419">
        <w:trPr>
          <w:trHeight w:val="287"/>
        </w:trPr>
        <w:tc>
          <w:tcPr>
            <w:tcW w:w="1957" w:type="pct"/>
          </w:tcPr>
          <w:p w14:paraId="5A186D7E" w14:textId="7279D146" w:rsidR="003157F1" w:rsidRPr="003157F1" w:rsidRDefault="003157F1" w:rsidP="003157F1">
            <w:pPr>
              <w:rPr>
                <w:rFonts w:ascii="Times New Roman" w:hAnsi="Times New Roman" w:cs="Times New Roman"/>
              </w:rPr>
            </w:pPr>
            <w:r w:rsidRPr="003157F1">
              <w:rPr>
                <w:rFonts w:ascii="Times New Roman" w:hAnsi="Times New Roman" w:cs="Times New Roman"/>
              </w:rPr>
              <w:t>Y-Category articles (n)</w:t>
            </w:r>
          </w:p>
        </w:tc>
        <w:tc>
          <w:tcPr>
            <w:tcW w:w="3043" w:type="pct"/>
            <w:gridSpan w:val="5"/>
          </w:tcPr>
          <w:p w14:paraId="762D525D" w14:textId="6B8F2480" w:rsidR="003157F1" w:rsidRPr="002A664E" w:rsidRDefault="003157F1" w:rsidP="003157F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157F1" w:rsidRPr="002A664E" w14:paraId="2BA850CE" w14:textId="77777777" w:rsidTr="00E50419">
        <w:trPr>
          <w:trHeight w:val="287"/>
        </w:trPr>
        <w:tc>
          <w:tcPr>
            <w:tcW w:w="1957" w:type="pct"/>
          </w:tcPr>
          <w:p w14:paraId="5CC67C6C" w14:textId="6363E555" w:rsidR="003157F1" w:rsidRPr="003157F1" w:rsidRDefault="003157F1" w:rsidP="003157F1">
            <w:pPr>
              <w:rPr>
                <w:rFonts w:ascii="Times New Roman" w:hAnsi="Times New Roman" w:cs="Times New Roman"/>
              </w:rPr>
            </w:pPr>
            <w:r w:rsidRPr="003157F1">
              <w:rPr>
                <w:rFonts w:ascii="Times New Roman" w:hAnsi="Times New Roman" w:cs="Times New Roman"/>
              </w:rPr>
              <w:t xml:space="preserve">Z-Category / </w:t>
            </w:r>
            <w:r w:rsidRPr="003157F1">
              <w:rPr>
                <w:rFonts w:ascii="Times New Roman" w:hAnsi="Times New Roman" w:cs="Times New Roman"/>
              </w:rPr>
              <w:t xml:space="preserve">None Impact factor </w:t>
            </w:r>
            <w:r w:rsidR="00E50419" w:rsidRPr="003157F1">
              <w:rPr>
                <w:rFonts w:ascii="Times New Roman" w:hAnsi="Times New Roman" w:cs="Times New Roman"/>
              </w:rPr>
              <w:t>international</w:t>
            </w:r>
            <w:r w:rsidR="00E50419">
              <w:rPr>
                <w:rFonts w:ascii="Times New Roman" w:hAnsi="Times New Roman" w:cs="Times New Roman"/>
              </w:rPr>
              <w:t xml:space="preserve"> journals</w:t>
            </w:r>
            <w:r w:rsidRPr="003157F1">
              <w:rPr>
                <w:rFonts w:ascii="Times New Roman" w:hAnsi="Times New Roman" w:cs="Times New Roman"/>
              </w:rPr>
              <w:t xml:space="preserve"> </w:t>
            </w:r>
            <w:r w:rsidR="00E50419" w:rsidRPr="003157F1">
              <w:rPr>
                <w:rFonts w:ascii="Times New Roman" w:hAnsi="Times New Roman" w:cs="Times New Roman"/>
              </w:rPr>
              <w:t>category (</w:t>
            </w:r>
            <w:r w:rsidRPr="003157F1">
              <w:rPr>
                <w:rFonts w:ascii="Times New Roman" w:hAnsi="Times New Roman" w:cs="Times New Roman"/>
              </w:rPr>
              <w:t>n)</w:t>
            </w:r>
          </w:p>
        </w:tc>
        <w:tc>
          <w:tcPr>
            <w:tcW w:w="3043" w:type="pct"/>
            <w:gridSpan w:val="5"/>
          </w:tcPr>
          <w:p w14:paraId="45A02495" w14:textId="6D7830A4" w:rsidR="003157F1" w:rsidRDefault="003157F1" w:rsidP="003157F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157F1" w:rsidRPr="002A664E" w14:paraId="262E130C" w14:textId="77777777" w:rsidTr="00E50419">
        <w:trPr>
          <w:trHeight w:val="287"/>
        </w:trPr>
        <w:tc>
          <w:tcPr>
            <w:tcW w:w="1957" w:type="pct"/>
          </w:tcPr>
          <w:p w14:paraId="61C06EAE" w14:textId="5B42CFB6" w:rsidR="003157F1" w:rsidRPr="003157F1" w:rsidRDefault="003157F1" w:rsidP="003157F1">
            <w:pPr>
              <w:rPr>
                <w:rFonts w:ascii="Times New Roman" w:hAnsi="Times New Roman" w:cs="Times New Roman"/>
              </w:rPr>
            </w:pPr>
            <w:r w:rsidRPr="003157F1">
              <w:rPr>
                <w:rFonts w:ascii="Times New Roman" w:hAnsi="Times New Roman" w:cs="Times New Roman"/>
              </w:rPr>
              <w:t>Books published (n)</w:t>
            </w:r>
          </w:p>
        </w:tc>
        <w:tc>
          <w:tcPr>
            <w:tcW w:w="3043" w:type="pct"/>
            <w:gridSpan w:val="5"/>
          </w:tcPr>
          <w:p w14:paraId="2E62FA6E" w14:textId="36EF0461" w:rsidR="003157F1" w:rsidRPr="002A664E" w:rsidRDefault="003157F1" w:rsidP="003157F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50419" w:rsidRPr="002A664E" w14:paraId="1A186C4E" w14:textId="77777777" w:rsidTr="00A03D50">
        <w:trPr>
          <w:trHeight w:val="287"/>
        </w:trPr>
        <w:tc>
          <w:tcPr>
            <w:tcW w:w="1957" w:type="pct"/>
          </w:tcPr>
          <w:p w14:paraId="509D78F8" w14:textId="5C130B3B" w:rsidR="003157F1" w:rsidRPr="003157F1" w:rsidRDefault="003157F1" w:rsidP="003157F1">
            <w:pPr>
              <w:rPr>
                <w:rFonts w:ascii="Times New Roman" w:hAnsi="Times New Roman" w:cs="Times New Roman"/>
              </w:rPr>
            </w:pPr>
            <w:r w:rsidRPr="003157F1">
              <w:rPr>
                <w:rFonts w:ascii="Times New Roman" w:hAnsi="Times New Roman" w:cs="Times New Roman"/>
              </w:rPr>
              <w:t>Projects completed (n)</w:t>
            </w:r>
          </w:p>
        </w:tc>
        <w:tc>
          <w:tcPr>
            <w:tcW w:w="799" w:type="pct"/>
            <w:tcBorders>
              <w:right w:val="single" w:sz="4" w:space="0" w:color="auto"/>
            </w:tcBorders>
          </w:tcPr>
          <w:p w14:paraId="4436921E" w14:textId="77777777" w:rsidR="003157F1" w:rsidRPr="002A664E" w:rsidRDefault="003157F1" w:rsidP="003157F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National </w:t>
            </w:r>
          </w:p>
        </w:tc>
        <w:tc>
          <w:tcPr>
            <w:tcW w:w="329" w:type="pc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14:paraId="7C90626F" w14:textId="77777777" w:rsidR="003157F1" w:rsidRPr="002A664E" w:rsidRDefault="003157F1" w:rsidP="003157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4A1D3ED9" w14:textId="77777777" w:rsidR="003157F1" w:rsidRPr="002A664E" w:rsidRDefault="003157F1" w:rsidP="003157F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International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DDD9C3" w:themeFill="background2" w:themeFillShade="E6"/>
          </w:tcPr>
          <w:p w14:paraId="5F00F4DB" w14:textId="6AC90985" w:rsidR="003157F1" w:rsidRPr="002A664E" w:rsidRDefault="003157F1" w:rsidP="003157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</w:tcBorders>
          </w:tcPr>
          <w:p w14:paraId="42BE5039" w14:textId="77777777" w:rsidR="003157F1" w:rsidRPr="002A664E" w:rsidRDefault="003157F1" w:rsidP="003157F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50419" w:rsidRPr="002A664E" w14:paraId="032E58C2" w14:textId="77777777" w:rsidTr="00A03D50">
        <w:trPr>
          <w:trHeight w:val="287"/>
        </w:trPr>
        <w:tc>
          <w:tcPr>
            <w:tcW w:w="1957" w:type="pct"/>
          </w:tcPr>
          <w:p w14:paraId="4C87C766" w14:textId="3A9BD03B" w:rsidR="003157F1" w:rsidRPr="003157F1" w:rsidRDefault="003157F1" w:rsidP="003157F1">
            <w:pPr>
              <w:rPr>
                <w:rFonts w:ascii="Times New Roman" w:hAnsi="Times New Roman" w:cs="Times New Roman"/>
              </w:rPr>
            </w:pPr>
            <w:r w:rsidRPr="003157F1">
              <w:rPr>
                <w:rFonts w:ascii="Times New Roman" w:hAnsi="Times New Roman" w:cs="Times New Roman"/>
              </w:rPr>
              <w:t>PhD and MS./M.Phil. produced (n)</w:t>
            </w:r>
          </w:p>
        </w:tc>
        <w:tc>
          <w:tcPr>
            <w:tcW w:w="799" w:type="pct"/>
            <w:tcBorders>
              <w:right w:val="single" w:sz="4" w:space="0" w:color="auto"/>
            </w:tcBorders>
          </w:tcPr>
          <w:p w14:paraId="0FF97ED5" w14:textId="6518C4C7" w:rsidR="003157F1" w:rsidRDefault="003157F1" w:rsidP="003157F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PhD</w:t>
            </w:r>
          </w:p>
        </w:tc>
        <w:tc>
          <w:tcPr>
            <w:tcW w:w="329" w:type="pc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14:paraId="71835EA2" w14:textId="77777777" w:rsidR="003157F1" w:rsidRPr="002A664E" w:rsidRDefault="003157F1" w:rsidP="003157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57D261F7" w14:textId="0191CE73" w:rsidR="003157F1" w:rsidRDefault="003157F1" w:rsidP="003157F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MS/ MPhil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DDD9C3" w:themeFill="background2" w:themeFillShade="E6"/>
          </w:tcPr>
          <w:p w14:paraId="3D0516F9" w14:textId="77777777" w:rsidR="003157F1" w:rsidRPr="002A664E" w:rsidRDefault="003157F1" w:rsidP="003157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</w:tcBorders>
          </w:tcPr>
          <w:p w14:paraId="074F2AEC" w14:textId="77777777" w:rsidR="003157F1" w:rsidRPr="002A664E" w:rsidRDefault="003157F1" w:rsidP="003157F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50419" w:rsidRPr="002A664E" w14:paraId="21064690" w14:textId="77777777" w:rsidTr="00A03D50">
        <w:trPr>
          <w:trHeight w:val="287"/>
        </w:trPr>
        <w:tc>
          <w:tcPr>
            <w:tcW w:w="1957" w:type="pct"/>
          </w:tcPr>
          <w:p w14:paraId="764D6B3E" w14:textId="650B6449" w:rsidR="003157F1" w:rsidRPr="003157F1" w:rsidRDefault="003157F1" w:rsidP="003157F1">
            <w:pPr>
              <w:rPr>
                <w:rFonts w:ascii="Times New Roman" w:hAnsi="Times New Roman" w:cs="Times New Roman"/>
              </w:rPr>
            </w:pPr>
            <w:r w:rsidRPr="003157F1">
              <w:rPr>
                <w:rFonts w:ascii="Times New Roman" w:hAnsi="Times New Roman" w:cs="Times New Roman"/>
              </w:rPr>
              <w:t xml:space="preserve">Patents registered / Granted (n)  </w:t>
            </w:r>
          </w:p>
        </w:tc>
        <w:tc>
          <w:tcPr>
            <w:tcW w:w="799" w:type="pct"/>
            <w:tcBorders>
              <w:right w:val="single" w:sz="4" w:space="0" w:color="auto"/>
            </w:tcBorders>
          </w:tcPr>
          <w:p w14:paraId="13180DB5" w14:textId="66620C4E" w:rsidR="003157F1" w:rsidRDefault="003157F1" w:rsidP="003157F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File/ Registered</w:t>
            </w:r>
          </w:p>
        </w:tc>
        <w:tc>
          <w:tcPr>
            <w:tcW w:w="329" w:type="pc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14:paraId="1CD286B0" w14:textId="77777777" w:rsidR="003157F1" w:rsidRPr="002A664E" w:rsidRDefault="003157F1" w:rsidP="003157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5385CEAD" w14:textId="6EEF649F" w:rsidR="003157F1" w:rsidRDefault="003157F1" w:rsidP="003157F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Granted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DDD9C3" w:themeFill="background2" w:themeFillShade="E6"/>
          </w:tcPr>
          <w:p w14:paraId="4F569A4A" w14:textId="77777777" w:rsidR="003157F1" w:rsidRPr="002A664E" w:rsidRDefault="003157F1" w:rsidP="003157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</w:tcBorders>
          </w:tcPr>
          <w:p w14:paraId="4869E1BF" w14:textId="77777777" w:rsidR="003157F1" w:rsidRPr="002A664E" w:rsidRDefault="003157F1" w:rsidP="003157F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2C202FE7" w14:textId="77777777" w:rsidR="00BB3063" w:rsidRDefault="00BB3063" w:rsidP="0074717E">
      <w:pPr>
        <w:pStyle w:val="Heading1"/>
        <w:spacing w:before="0" w:line="240" w:lineRule="auto"/>
        <w:rPr>
          <w:rFonts w:ascii="Times New Roman" w:hAnsi="Times New Roman" w:cs="Times New Roman"/>
          <w:sz w:val="10"/>
        </w:rPr>
      </w:pPr>
    </w:p>
    <w:p w14:paraId="7EFABD9B" w14:textId="77777777" w:rsidR="003157F1" w:rsidRPr="001746BC" w:rsidRDefault="003157F1" w:rsidP="003157F1">
      <w:pPr>
        <w:pStyle w:val="Heading1"/>
        <w:spacing w:before="0" w:line="240" w:lineRule="auto"/>
        <w:rPr>
          <w:rFonts w:ascii="Times New Roman" w:hAnsi="Times New Roman" w:cs="Times New Roman"/>
          <w:sz w:val="14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157F1" w:rsidRPr="002A664E" w14:paraId="291983B0" w14:textId="77777777" w:rsidTr="006354C4">
        <w:tc>
          <w:tcPr>
            <w:tcW w:w="11016" w:type="dxa"/>
            <w:shd w:val="clear" w:color="auto" w:fill="244061" w:themeFill="accent1" w:themeFillShade="80"/>
          </w:tcPr>
          <w:p w14:paraId="7448D4D2" w14:textId="77777777" w:rsidR="003157F1" w:rsidRPr="002A664E" w:rsidRDefault="003157F1" w:rsidP="006354C4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 xml:space="preserve">Areas of Research Interests/ </w:t>
            </w:r>
            <w:r w:rsidRPr="002A664E">
              <w:rPr>
                <w:rFonts w:ascii="Times New Roman" w:hAnsi="Times New Roman" w:cs="Times New Roman"/>
                <w:color w:val="FFFFFF" w:themeColor="background1"/>
              </w:rPr>
              <w:t>Specialization</w:t>
            </w:r>
          </w:p>
        </w:tc>
      </w:tr>
    </w:tbl>
    <w:p w14:paraId="52DDB31B" w14:textId="77777777" w:rsidR="003157F1" w:rsidRPr="001746BC" w:rsidRDefault="003157F1" w:rsidP="003157F1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12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10790"/>
      </w:tblGrid>
      <w:tr w:rsidR="003157F1" w:rsidRPr="002A664E" w14:paraId="3BAD976B" w14:textId="77777777" w:rsidTr="006354C4">
        <w:tc>
          <w:tcPr>
            <w:tcW w:w="5000" w:type="pct"/>
          </w:tcPr>
          <w:p w14:paraId="1E2CE72E" w14:textId="77777777" w:rsidR="003157F1" w:rsidRPr="002A664E" w:rsidRDefault="003157F1" w:rsidP="006354C4">
            <w:pPr>
              <w:pStyle w:val="ListParagraph"/>
              <w:numPr>
                <w:ilvl w:val="0"/>
                <w:numId w:val="11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157F1" w:rsidRPr="002A664E" w14:paraId="69FEAC0A" w14:textId="77777777" w:rsidTr="006354C4">
        <w:tc>
          <w:tcPr>
            <w:tcW w:w="5000" w:type="pct"/>
          </w:tcPr>
          <w:p w14:paraId="0D96B732" w14:textId="77777777" w:rsidR="003157F1" w:rsidRPr="002A664E" w:rsidRDefault="003157F1" w:rsidP="006354C4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157F1" w:rsidRPr="002A664E" w14:paraId="2467DE84" w14:textId="77777777" w:rsidTr="006354C4">
        <w:tc>
          <w:tcPr>
            <w:tcW w:w="5000" w:type="pct"/>
          </w:tcPr>
          <w:p w14:paraId="6A1AE248" w14:textId="77777777" w:rsidR="003157F1" w:rsidRPr="002A664E" w:rsidRDefault="003157F1" w:rsidP="006354C4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157F1" w:rsidRPr="002A664E" w14:paraId="322E81A3" w14:textId="77777777" w:rsidTr="006354C4">
        <w:tc>
          <w:tcPr>
            <w:tcW w:w="5000" w:type="pct"/>
          </w:tcPr>
          <w:p w14:paraId="3FD0392E" w14:textId="77777777" w:rsidR="003157F1" w:rsidRPr="002A664E" w:rsidRDefault="003157F1" w:rsidP="006354C4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157F1" w:rsidRPr="002A664E" w14:paraId="7A852306" w14:textId="77777777" w:rsidTr="006354C4">
        <w:tc>
          <w:tcPr>
            <w:tcW w:w="5000" w:type="pct"/>
          </w:tcPr>
          <w:p w14:paraId="3D302195" w14:textId="77777777" w:rsidR="003157F1" w:rsidRPr="002A664E" w:rsidRDefault="003157F1" w:rsidP="006354C4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157F1" w:rsidRPr="002A664E" w14:paraId="16FC892F" w14:textId="77777777" w:rsidTr="006354C4">
        <w:tc>
          <w:tcPr>
            <w:tcW w:w="5000" w:type="pct"/>
          </w:tcPr>
          <w:p w14:paraId="609D8B79" w14:textId="77777777" w:rsidR="003157F1" w:rsidRPr="002A664E" w:rsidRDefault="003157F1" w:rsidP="006354C4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157F1" w:rsidRPr="002A664E" w14:paraId="17BCFE0E" w14:textId="77777777" w:rsidTr="006354C4">
        <w:tc>
          <w:tcPr>
            <w:tcW w:w="5000" w:type="pct"/>
          </w:tcPr>
          <w:p w14:paraId="71279CF3" w14:textId="77777777" w:rsidR="003157F1" w:rsidRPr="002A664E" w:rsidRDefault="003157F1" w:rsidP="006354C4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43FF18E2" w14:textId="77777777" w:rsidR="003157F1" w:rsidRPr="003157F1" w:rsidRDefault="003157F1" w:rsidP="003157F1"/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2B755D" w:rsidRPr="002A664E" w14:paraId="0077413D" w14:textId="77777777" w:rsidTr="00147FE2">
        <w:tc>
          <w:tcPr>
            <w:tcW w:w="11016" w:type="dxa"/>
            <w:shd w:val="clear" w:color="auto" w:fill="244061" w:themeFill="accent1" w:themeFillShade="80"/>
          </w:tcPr>
          <w:p w14:paraId="69DA8D9A" w14:textId="77777777" w:rsidR="002B755D" w:rsidRPr="002A664E" w:rsidRDefault="002B755D" w:rsidP="002B755D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lastRenderedPageBreak/>
              <w:t xml:space="preserve">Research Pages and Accounts </w:t>
            </w:r>
          </w:p>
        </w:tc>
      </w:tr>
    </w:tbl>
    <w:p w14:paraId="7A0E7109" w14:textId="77777777" w:rsidR="002B755D" w:rsidRPr="001746BC" w:rsidRDefault="002B755D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8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3543"/>
        <w:gridCol w:w="7247"/>
      </w:tblGrid>
      <w:tr w:rsidR="00BB3063" w:rsidRPr="002A664E" w14:paraId="2D597D23" w14:textId="77777777" w:rsidTr="00F74FEE">
        <w:tc>
          <w:tcPr>
            <w:tcW w:w="1642" w:type="pct"/>
            <w:shd w:val="clear" w:color="auto" w:fill="DDD9C3" w:themeFill="background2" w:themeFillShade="E6"/>
          </w:tcPr>
          <w:p w14:paraId="17136919" w14:textId="77777777" w:rsidR="00BB3063" w:rsidRPr="00635299" w:rsidRDefault="00BB3063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Title</w:t>
            </w:r>
          </w:p>
        </w:tc>
        <w:tc>
          <w:tcPr>
            <w:tcW w:w="3358" w:type="pct"/>
            <w:shd w:val="clear" w:color="auto" w:fill="DDD9C3" w:themeFill="background2" w:themeFillShade="E6"/>
          </w:tcPr>
          <w:p w14:paraId="5EB3A8A4" w14:textId="77777777" w:rsidR="00BB3063" w:rsidRPr="00635299" w:rsidRDefault="00BB3063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 xml:space="preserve">Links </w:t>
            </w:r>
          </w:p>
        </w:tc>
      </w:tr>
      <w:tr w:rsidR="006628E1" w:rsidRPr="002A664E" w14:paraId="3B8D6393" w14:textId="77777777" w:rsidTr="00F74FEE">
        <w:tc>
          <w:tcPr>
            <w:tcW w:w="1642" w:type="pct"/>
            <w:shd w:val="clear" w:color="auto" w:fill="auto"/>
          </w:tcPr>
          <w:p w14:paraId="5D226E39" w14:textId="77777777" w:rsidR="006628E1" w:rsidRPr="002A664E" w:rsidRDefault="006628E1" w:rsidP="006628E1">
            <w:pPr>
              <w:pStyle w:val="NoSpacing"/>
              <w:rPr>
                <w:rFonts w:ascii="Times New Roman" w:eastAsia="Tw Cen MT" w:hAnsi="Times New Roman" w:cs="Times New Roman"/>
                <w:sz w:val="24"/>
                <w:szCs w:val="24"/>
                <w:lang w:eastAsia="ja-JP"/>
              </w:rPr>
            </w:pPr>
            <w:r w:rsidRPr="002A664E">
              <w:rPr>
                <w:rFonts w:ascii="Times New Roman" w:eastAsia="Tw Cen MT" w:hAnsi="Times New Roman" w:cs="Times New Roman"/>
                <w:sz w:val="24"/>
                <w:szCs w:val="24"/>
                <w:lang w:eastAsia="ja-JP"/>
              </w:rPr>
              <w:t>Web of Science</w:t>
            </w:r>
          </w:p>
        </w:tc>
        <w:tc>
          <w:tcPr>
            <w:tcW w:w="3358" w:type="pct"/>
          </w:tcPr>
          <w:p w14:paraId="0CEB57A1" w14:textId="2759A790" w:rsidR="006628E1" w:rsidRPr="002A664E" w:rsidRDefault="006628E1" w:rsidP="006628E1">
            <w:pPr>
              <w:rPr>
                <w:rFonts w:ascii="Times New Roman" w:hAnsi="Times New Roman" w:cs="Times New Roman"/>
              </w:rPr>
            </w:pPr>
          </w:p>
        </w:tc>
      </w:tr>
      <w:tr w:rsidR="006628E1" w:rsidRPr="002A664E" w14:paraId="12E6BF9B" w14:textId="77777777" w:rsidTr="00F74FEE">
        <w:tc>
          <w:tcPr>
            <w:tcW w:w="1642" w:type="pct"/>
            <w:shd w:val="clear" w:color="auto" w:fill="auto"/>
          </w:tcPr>
          <w:p w14:paraId="3A31DF0F" w14:textId="77777777" w:rsidR="006628E1" w:rsidRPr="002A664E" w:rsidRDefault="006628E1" w:rsidP="006628E1">
            <w:pPr>
              <w:pStyle w:val="NoSpacing"/>
              <w:rPr>
                <w:rFonts w:ascii="Times New Roman" w:eastAsia="Tw Cen MT" w:hAnsi="Times New Roman" w:cs="Times New Roman"/>
                <w:sz w:val="24"/>
                <w:szCs w:val="24"/>
                <w:lang w:eastAsia="ja-JP"/>
              </w:rPr>
            </w:pPr>
            <w:r w:rsidRPr="002A664E">
              <w:rPr>
                <w:rFonts w:ascii="Times New Roman" w:eastAsia="Tw Cen MT" w:hAnsi="Times New Roman" w:cs="Times New Roman"/>
                <w:sz w:val="24"/>
                <w:szCs w:val="24"/>
                <w:lang w:eastAsia="ja-JP"/>
              </w:rPr>
              <w:t xml:space="preserve">Scopus </w:t>
            </w:r>
          </w:p>
        </w:tc>
        <w:tc>
          <w:tcPr>
            <w:tcW w:w="3358" w:type="pct"/>
          </w:tcPr>
          <w:p w14:paraId="2647286E" w14:textId="357E02F9" w:rsidR="006628E1" w:rsidRPr="002A664E" w:rsidRDefault="006628E1" w:rsidP="006628E1">
            <w:pPr>
              <w:rPr>
                <w:rFonts w:ascii="Times New Roman" w:hAnsi="Times New Roman" w:cs="Times New Roman"/>
              </w:rPr>
            </w:pPr>
          </w:p>
        </w:tc>
      </w:tr>
      <w:tr w:rsidR="006628E1" w:rsidRPr="002A664E" w14:paraId="4CCC76E4" w14:textId="77777777" w:rsidTr="00F74FEE">
        <w:tc>
          <w:tcPr>
            <w:tcW w:w="1642" w:type="pct"/>
            <w:shd w:val="clear" w:color="auto" w:fill="auto"/>
          </w:tcPr>
          <w:p w14:paraId="39516743" w14:textId="77777777" w:rsidR="006628E1" w:rsidRPr="002A664E" w:rsidRDefault="006628E1" w:rsidP="006628E1">
            <w:pPr>
              <w:pStyle w:val="NoSpacing"/>
              <w:rPr>
                <w:rFonts w:ascii="Times New Roman" w:eastAsia="Tw Cen MT" w:hAnsi="Times New Roman" w:cs="Times New Roman"/>
                <w:sz w:val="24"/>
                <w:szCs w:val="24"/>
                <w:lang w:eastAsia="ja-JP"/>
              </w:rPr>
            </w:pPr>
            <w:r w:rsidRPr="002A664E">
              <w:rPr>
                <w:rFonts w:ascii="Times New Roman" w:eastAsia="Tw Cen MT" w:hAnsi="Times New Roman" w:cs="Times New Roman"/>
                <w:sz w:val="24"/>
                <w:szCs w:val="24"/>
                <w:lang w:eastAsia="ja-JP"/>
              </w:rPr>
              <w:t xml:space="preserve">Google Scholar </w:t>
            </w:r>
          </w:p>
        </w:tc>
        <w:tc>
          <w:tcPr>
            <w:tcW w:w="3358" w:type="pct"/>
          </w:tcPr>
          <w:p w14:paraId="02F359E6" w14:textId="3E44E51F" w:rsidR="006628E1" w:rsidRPr="002A664E" w:rsidRDefault="006628E1" w:rsidP="006628E1">
            <w:pPr>
              <w:rPr>
                <w:rFonts w:ascii="Times New Roman" w:hAnsi="Times New Roman" w:cs="Times New Roman"/>
              </w:rPr>
            </w:pPr>
          </w:p>
        </w:tc>
      </w:tr>
      <w:tr w:rsidR="006628E1" w:rsidRPr="002A664E" w14:paraId="71DE3B50" w14:textId="77777777" w:rsidTr="00F74FEE">
        <w:tc>
          <w:tcPr>
            <w:tcW w:w="1642" w:type="pct"/>
            <w:shd w:val="clear" w:color="auto" w:fill="auto"/>
          </w:tcPr>
          <w:p w14:paraId="5AF9D45B" w14:textId="77777777" w:rsidR="006628E1" w:rsidRPr="002A664E" w:rsidRDefault="006628E1" w:rsidP="006628E1">
            <w:pPr>
              <w:pStyle w:val="NoSpacing"/>
              <w:rPr>
                <w:rFonts w:ascii="Times New Roman" w:eastAsia="Tw Cen MT" w:hAnsi="Times New Roman" w:cs="Times New Roman"/>
                <w:sz w:val="24"/>
                <w:szCs w:val="24"/>
                <w:lang w:eastAsia="ja-JP"/>
              </w:rPr>
            </w:pPr>
            <w:r w:rsidRPr="002A664E">
              <w:rPr>
                <w:rFonts w:ascii="Times New Roman" w:eastAsia="Tw Cen MT" w:hAnsi="Times New Roman" w:cs="Times New Roman"/>
                <w:sz w:val="24"/>
                <w:szCs w:val="24"/>
                <w:lang w:eastAsia="ja-JP"/>
              </w:rPr>
              <w:t>ResearchGate</w:t>
            </w:r>
          </w:p>
        </w:tc>
        <w:tc>
          <w:tcPr>
            <w:tcW w:w="3358" w:type="pct"/>
          </w:tcPr>
          <w:p w14:paraId="3D549B7F" w14:textId="77777777" w:rsidR="006628E1" w:rsidRPr="002A664E" w:rsidRDefault="006628E1" w:rsidP="006628E1">
            <w:pPr>
              <w:rPr>
                <w:rFonts w:ascii="Times New Roman" w:hAnsi="Times New Roman" w:cs="Times New Roman"/>
              </w:rPr>
            </w:pPr>
          </w:p>
        </w:tc>
      </w:tr>
      <w:tr w:rsidR="006628E1" w:rsidRPr="002A664E" w14:paraId="02F8BC8B" w14:textId="77777777" w:rsidTr="00F74FEE">
        <w:tc>
          <w:tcPr>
            <w:tcW w:w="1642" w:type="pct"/>
            <w:shd w:val="clear" w:color="auto" w:fill="auto"/>
          </w:tcPr>
          <w:p w14:paraId="759666A4" w14:textId="77777777" w:rsidR="006628E1" w:rsidRPr="002A664E" w:rsidRDefault="006628E1" w:rsidP="006628E1">
            <w:pPr>
              <w:pStyle w:val="NoSpacing"/>
              <w:rPr>
                <w:rFonts w:ascii="Times New Roman" w:eastAsia="Tw Cen MT" w:hAnsi="Times New Roman" w:cs="Times New Roman"/>
                <w:sz w:val="24"/>
                <w:szCs w:val="24"/>
                <w:lang w:eastAsia="ja-JP"/>
              </w:rPr>
            </w:pPr>
            <w:r w:rsidRPr="002A664E">
              <w:rPr>
                <w:rFonts w:ascii="Times New Roman" w:eastAsia="Tw Cen MT" w:hAnsi="Times New Roman" w:cs="Times New Roman"/>
                <w:sz w:val="24"/>
                <w:szCs w:val="24"/>
                <w:lang w:eastAsia="ja-JP"/>
              </w:rPr>
              <w:t xml:space="preserve">ORCID </w:t>
            </w:r>
          </w:p>
        </w:tc>
        <w:tc>
          <w:tcPr>
            <w:tcW w:w="3358" w:type="pct"/>
          </w:tcPr>
          <w:p w14:paraId="25ECA814" w14:textId="7416A7DB" w:rsidR="006628E1" w:rsidRPr="002A664E" w:rsidRDefault="006628E1" w:rsidP="0091293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6628E1" w:rsidRPr="002A664E" w14:paraId="58AEED2E" w14:textId="77777777" w:rsidTr="00F74FEE">
        <w:tc>
          <w:tcPr>
            <w:tcW w:w="1642" w:type="pct"/>
            <w:shd w:val="clear" w:color="auto" w:fill="auto"/>
          </w:tcPr>
          <w:p w14:paraId="1B65D998" w14:textId="77777777" w:rsidR="006628E1" w:rsidRPr="002A664E" w:rsidRDefault="006628E1" w:rsidP="006628E1">
            <w:pPr>
              <w:pStyle w:val="NoSpacing"/>
              <w:rPr>
                <w:rFonts w:ascii="Times New Roman" w:eastAsia="Tw Cen MT" w:hAnsi="Times New Roman" w:cs="Times New Roman"/>
                <w:sz w:val="24"/>
                <w:szCs w:val="24"/>
                <w:lang w:eastAsia="ja-JP"/>
              </w:rPr>
            </w:pPr>
            <w:r w:rsidRPr="002A664E">
              <w:rPr>
                <w:rFonts w:ascii="Times New Roman" w:eastAsia="Tw Cen MT" w:hAnsi="Times New Roman" w:cs="Times New Roman"/>
                <w:sz w:val="24"/>
                <w:szCs w:val="24"/>
                <w:lang w:eastAsia="ja-JP"/>
              </w:rPr>
              <w:t xml:space="preserve">Academia </w:t>
            </w:r>
          </w:p>
        </w:tc>
        <w:tc>
          <w:tcPr>
            <w:tcW w:w="3358" w:type="pct"/>
          </w:tcPr>
          <w:p w14:paraId="2D595F6F" w14:textId="24327558" w:rsidR="006628E1" w:rsidRPr="002A664E" w:rsidRDefault="006628E1" w:rsidP="006628E1">
            <w:pPr>
              <w:rPr>
                <w:rFonts w:ascii="Times New Roman" w:hAnsi="Times New Roman" w:cs="Times New Roman"/>
              </w:rPr>
            </w:pPr>
          </w:p>
        </w:tc>
      </w:tr>
      <w:tr w:rsidR="006628E1" w:rsidRPr="002A664E" w14:paraId="7903D6C1" w14:textId="77777777" w:rsidTr="00F74FEE">
        <w:tc>
          <w:tcPr>
            <w:tcW w:w="1642" w:type="pct"/>
            <w:shd w:val="clear" w:color="auto" w:fill="auto"/>
          </w:tcPr>
          <w:p w14:paraId="49CDDEF8" w14:textId="77777777" w:rsidR="006628E1" w:rsidRPr="002A664E" w:rsidRDefault="006628E1" w:rsidP="006628E1">
            <w:pPr>
              <w:pStyle w:val="NoSpacing"/>
              <w:rPr>
                <w:rFonts w:ascii="Times New Roman" w:eastAsia="Tw Cen MT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2A664E">
              <w:rPr>
                <w:rFonts w:ascii="Times New Roman" w:eastAsia="Tw Cen MT" w:hAnsi="Times New Roman" w:cs="Times New Roman"/>
                <w:sz w:val="24"/>
                <w:szCs w:val="24"/>
                <w:lang w:eastAsia="ja-JP"/>
              </w:rPr>
              <w:t>ScholarGPS</w:t>
            </w:r>
            <w:proofErr w:type="spellEnd"/>
            <w:r w:rsidRPr="002A664E">
              <w:rPr>
                <w:rFonts w:ascii="Times New Roman" w:eastAsia="Tw Cen MT" w:hAnsi="Times New Roman" w:cs="Times New Roman"/>
                <w:sz w:val="24"/>
                <w:szCs w:val="24"/>
                <w:lang w:eastAsia="ja-JP"/>
              </w:rPr>
              <w:t>® ID</w:t>
            </w:r>
          </w:p>
        </w:tc>
        <w:tc>
          <w:tcPr>
            <w:tcW w:w="3358" w:type="pct"/>
          </w:tcPr>
          <w:p w14:paraId="79EFA117" w14:textId="77777777" w:rsidR="006628E1" w:rsidRPr="002A664E" w:rsidRDefault="006628E1" w:rsidP="006628E1">
            <w:pPr>
              <w:rPr>
                <w:rFonts w:ascii="Times New Roman" w:hAnsi="Times New Roman" w:cs="Times New Roman"/>
              </w:rPr>
            </w:pPr>
          </w:p>
        </w:tc>
      </w:tr>
    </w:tbl>
    <w:p w14:paraId="56EF8640" w14:textId="77777777" w:rsidR="003869F9" w:rsidRPr="001746BC" w:rsidRDefault="003869F9" w:rsidP="0074717E">
      <w:pPr>
        <w:pStyle w:val="Heading1"/>
        <w:spacing w:before="0" w:line="240" w:lineRule="auto"/>
        <w:rPr>
          <w:rFonts w:ascii="Times New Roman" w:hAnsi="Times New Roman" w:cs="Times New Roman"/>
          <w:sz w:val="14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85D9B" w:rsidRPr="002A664E" w14:paraId="591845BC" w14:textId="77777777" w:rsidTr="00147FE2">
        <w:tc>
          <w:tcPr>
            <w:tcW w:w="11016" w:type="dxa"/>
            <w:shd w:val="clear" w:color="auto" w:fill="244061" w:themeFill="accent1" w:themeFillShade="80"/>
          </w:tcPr>
          <w:p w14:paraId="3DFE1FD7" w14:textId="77777777" w:rsidR="00835810" w:rsidRPr="002A664E" w:rsidRDefault="00385D9B" w:rsidP="00BB1B25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>Education</w:t>
            </w:r>
          </w:p>
        </w:tc>
      </w:tr>
    </w:tbl>
    <w:p w14:paraId="133813D8" w14:textId="77777777" w:rsidR="00835810" w:rsidRPr="001746BC" w:rsidRDefault="00835810" w:rsidP="007E4DE4">
      <w:pPr>
        <w:keepNext/>
        <w:keepLines/>
        <w:spacing w:after="0"/>
        <w:outlineLvl w:val="0"/>
        <w:rPr>
          <w:rFonts w:ascii="Times New Roman" w:hAnsi="Times New Roman" w:cs="Times New Roman"/>
          <w:sz w:val="12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2715"/>
        <w:gridCol w:w="2658"/>
        <w:gridCol w:w="4167"/>
        <w:gridCol w:w="1250"/>
      </w:tblGrid>
      <w:tr w:rsidR="00DF3F92" w:rsidRPr="002A664E" w14:paraId="047D9487" w14:textId="77777777" w:rsidTr="003E01CF">
        <w:tc>
          <w:tcPr>
            <w:tcW w:w="2763" w:type="dxa"/>
            <w:shd w:val="clear" w:color="auto" w:fill="DDD9C3" w:themeFill="background2" w:themeFillShade="E6"/>
          </w:tcPr>
          <w:p w14:paraId="695DF113" w14:textId="77777777" w:rsidR="00DF3F92" w:rsidRPr="00635299" w:rsidRDefault="00DF3F92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Degree</w:t>
            </w:r>
          </w:p>
        </w:tc>
        <w:tc>
          <w:tcPr>
            <w:tcW w:w="2720" w:type="dxa"/>
            <w:shd w:val="clear" w:color="auto" w:fill="DDD9C3" w:themeFill="background2" w:themeFillShade="E6"/>
          </w:tcPr>
          <w:p w14:paraId="53F65B2A" w14:textId="77777777" w:rsidR="00DF3F92" w:rsidRPr="002A664E" w:rsidRDefault="00DF3F92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Field of Study</w:t>
            </w:r>
          </w:p>
        </w:tc>
        <w:tc>
          <w:tcPr>
            <w:tcW w:w="4264" w:type="dxa"/>
            <w:shd w:val="clear" w:color="auto" w:fill="DDD9C3" w:themeFill="background2" w:themeFillShade="E6"/>
          </w:tcPr>
          <w:p w14:paraId="2D143E5D" w14:textId="77777777" w:rsidR="00DF3F92" w:rsidRPr="00635299" w:rsidRDefault="00DF3F92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Institution</w:t>
            </w:r>
          </w:p>
        </w:tc>
        <w:tc>
          <w:tcPr>
            <w:tcW w:w="1269" w:type="dxa"/>
            <w:shd w:val="clear" w:color="auto" w:fill="DDD9C3" w:themeFill="background2" w:themeFillShade="E6"/>
          </w:tcPr>
          <w:p w14:paraId="7CA94308" w14:textId="77777777" w:rsidR="00DF3F92" w:rsidRPr="00635299" w:rsidRDefault="00DF3F92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Year</w:t>
            </w:r>
          </w:p>
        </w:tc>
      </w:tr>
      <w:tr w:rsidR="00DF3F92" w:rsidRPr="002A664E" w14:paraId="0ED17AAB" w14:textId="77777777" w:rsidTr="003E01CF">
        <w:tc>
          <w:tcPr>
            <w:tcW w:w="2763" w:type="dxa"/>
          </w:tcPr>
          <w:p w14:paraId="60B7B404" w14:textId="77777777" w:rsidR="00DF3F92" w:rsidRPr="002A664E" w:rsidRDefault="00871C46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Post-Doctorate </w:t>
            </w:r>
          </w:p>
        </w:tc>
        <w:tc>
          <w:tcPr>
            <w:tcW w:w="2720" w:type="dxa"/>
          </w:tcPr>
          <w:p w14:paraId="0281E768" w14:textId="77777777" w:rsidR="00DF3F92" w:rsidRPr="002A664E" w:rsidRDefault="00DF3F92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4264" w:type="dxa"/>
          </w:tcPr>
          <w:p w14:paraId="4C972E1D" w14:textId="77777777" w:rsidR="00DF3F92" w:rsidRPr="002A664E" w:rsidRDefault="00DF3F92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5ED0E441" w14:textId="77777777" w:rsidR="00DF3F92" w:rsidRPr="002A664E" w:rsidRDefault="00DF3F92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871C46" w:rsidRPr="002A664E" w14:paraId="46178D46" w14:textId="77777777" w:rsidTr="003E01CF">
        <w:tc>
          <w:tcPr>
            <w:tcW w:w="2763" w:type="dxa"/>
          </w:tcPr>
          <w:p w14:paraId="155B9890" w14:textId="77777777" w:rsidR="00871C46" w:rsidRPr="002A664E" w:rsidRDefault="00871C46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Ph.D.</w:t>
            </w:r>
          </w:p>
        </w:tc>
        <w:tc>
          <w:tcPr>
            <w:tcW w:w="2720" w:type="dxa"/>
          </w:tcPr>
          <w:p w14:paraId="75F886C1" w14:textId="20D49A7B" w:rsidR="00871C46" w:rsidRPr="002A664E" w:rsidRDefault="00871C4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4264" w:type="dxa"/>
          </w:tcPr>
          <w:p w14:paraId="5A568E07" w14:textId="476C4D0C" w:rsidR="00871C46" w:rsidRPr="002A664E" w:rsidRDefault="00871C4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45937C62" w14:textId="1FEC4DAB" w:rsidR="00871C46" w:rsidRPr="002A664E" w:rsidRDefault="00871C4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E01CF" w:rsidRPr="002A664E" w14:paraId="0333CDD2" w14:textId="77777777" w:rsidTr="003E01CF">
        <w:tc>
          <w:tcPr>
            <w:tcW w:w="2763" w:type="dxa"/>
          </w:tcPr>
          <w:p w14:paraId="10938FD3" w14:textId="77777777" w:rsidR="003E01CF" w:rsidRPr="002A664E" w:rsidRDefault="003E01CF" w:rsidP="003E01CF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M.Phil./MS</w:t>
            </w:r>
          </w:p>
        </w:tc>
        <w:tc>
          <w:tcPr>
            <w:tcW w:w="2720" w:type="dxa"/>
          </w:tcPr>
          <w:p w14:paraId="08013985" w14:textId="61F572D2" w:rsidR="003E01CF" w:rsidRPr="002A664E" w:rsidRDefault="003E01CF" w:rsidP="003E01CF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4264" w:type="dxa"/>
          </w:tcPr>
          <w:p w14:paraId="320848B5" w14:textId="390723CE" w:rsidR="003E01CF" w:rsidRPr="002A664E" w:rsidRDefault="003E01CF" w:rsidP="003E01CF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02DA13BC" w14:textId="17372159" w:rsidR="003E01CF" w:rsidRPr="002A664E" w:rsidRDefault="003E01CF" w:rsidP="003E01CF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E01CF" w:rsidRPr="002A664E" w14:paraId="2493FCAE" w14:textId="77777777" w:rsidTr="003E01CF">
        <w:tc>
          <w:tcPr>
            <w:tcW w:w="2763" w:type="dxa"/>
          </w:tcPr>
          <w:p w14:paraId="756B9F72" w14:textId="77777777" w:rsidR="003E01CF" w:rsidRPr="002A664E" w:rsidRDefault="003E01CF" w:rsidP="003E01CF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M.Sc./M.A.</w:t>
            </w:r>
          </w:p>
        </w:tc>
        <w:tc>
          <w:tcPr>
            <w:tcW w:w="2720" w:type="dxa"/>
          </w:tcPr>
          <w:p w14:paraId="3CD0C50E" w14:textId="3153BA7F" w:rsidR="003E01CF" w:rsidRPr="002A664E" w:rsidRDefault="003E01CF" w:rsidP="003E01CF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4264" w:type="dxa"/>
          </w:tcPr>
          <w:p w14:paraId="30248AF8" w14:textId="3D9C541D" w:rsidR="003E01CF" w:rsidRPr="002A664E" w:rsidRDefault="003E01CF" w:rsidP="003E01CF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04F4209E" w14:textId="2042CC17" w:rsidR="003E01CF" w:rsidRPr="002A664E" w:rsidRDefault="003E01CF" w:rsidP="003E01CF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E01CF" w:rsidRPr="002A664E" w14:paraId="0CE6A19F" w14:textId="77777777" w:rsidTr="003E01CF">
        <w:tc>
          <w:tcPr>
            <w:tcW w:w="2763" w:type="dxa"/>
          </w:tcPr>
          <w:p w14:paraId="5C516A4A" w14:textId="77777777" w:rsidR="003E01CF" w:rsidRPr="002A664E" w:rsidRDefault="003E01CF" w:rsidP="003E01CF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B.Sc./</w:t>
            </w:r>
            <w:proofErr w:type="gramStart"/>
            <w:r w:rsidRPr="002A664E">
              <w:rPr>
                <w:rFonts w:ascii="Times New Roman" w:hAnsi="Times New Roman" w:cs="Times New Roman"/>
              </w:rPr>
              <w:t>B.A</w:t>
            </w:r>
            <w:proofErr w:type="gramEnd"/>
          </w:p>
        </w:tc>
        <w:tc>
          <w:tcPr>
            <w:tcW w:w="2720" w:type="dxa"/>
          </w:tcPr>
          <w:p w14:paraId="3A6772DF" w14:textId="39D006A1" w:rsidR="003E01CF" w:rsidRPr="002A664E" w:rsidRDefault="003E01CF" w:rsidP="003E01CF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4264" w:type="dxa"/>
          </w:tcPr>
          <w:p w14:paraId="2DAEB49F" w14:textId="00F45E3D" w:rsidR="003E01CF" w:rsidRPr="002A664E" w:rsidRDefault="003E01CF" w:rsidP="003E01CF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</w:tcPr>
          <w:p w14:paraId="225408E9" w14:textId="74266B6E" w:rsidR="003E01CF" w:rsidRPr="002A664E" w:rsidRDefault="003E01CF" w:rsidP="003E01CF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06D3157A" w14:textId="77777777" w:rsidR="00D16112" w:rsidRDefault="00D16112" w:rsidP="007E4DE4">
      <w:pPr>
        <w:pStyle w:val="Heading1"/>
        <w:spacing w:before="0"/>
        <w:rPr>
          <w:rFonts w:ascii="Times New Roman" w:hAnsi="Times New Roman" w:cs="Times New Roman"/>
          <w:sz w:val="10"/>
        </w:rPr>
      </w:pPr>
    </w:p>
    <w:tbl>
      <w:tblPr>
        <w:tblStyle w:val="TableGrid"/>
        <w:tblW w:w="0" w:type="auto"/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93749E" w:rsidRPr="002A664E" w14:paraId="696A0C9E" w14:textId="77777777" w:rsidTr="00D73F2C">
        <w:tc>
          <w:tcPr>
            <w:tcW w:w="11016" w:type="dxa"/>
            <w:shd w:val="clear" w:color="auto" w:fill="244061" w:themeFill="accent1" w:themeFillShade="80"/>
          </w:tcPr>
          <w:p w14:paraId="6AEB8C16" w14:textId="77777777" w:rsidR="0093749E" w:rsidRPr="002A664E" w:rsidRDefault="0093749E" w:rsidP="00D73F2C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>Honors and Awards</w:t>
            </w:r>
          </w:p>
        </w:tc>
      </w:tr>
    </w:tbl>
    <w:p w14:paraId="24730781" w14:textId="77777777" w:rsidR="0093749E" w:rsidRPr="0033392E" w:rsidRDefault="0093749E" w:rsidP="0093749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10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4426"/>
        <w:gridCol w:w="4232"/>
        <w:gridCol w:w="2132"/>
      </w:tblGrid>
      <w:tr w:rsidR="0093749E" w:rsidRPr="002A664E" w14:paraId="61C76D09" w14:textId="77777777" w:rsidTr="003E01CF">
        <w:tc>
          <w:tcPr>
            <w:tcW w:w="2051" w:type="pct"/>
            <w:shd w:val="clear" w:color="auto" w:fill="DDD9C3" w:themeFill="background2" w:themeFillShade="E6"/>
          </w:tcPr>
          <w:p w14:paraId="6BF3AE3C" w14:textId="77777777" w:rsidR="0093749E" w:rsidRPr="00635299" w:rsidRDefault="0093749E" w:rsidP="00D73F2C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Title of </w:t>
            </w:r>
            <w:r w:rsidRPr="002A664E">
              <w:rPr>
                <w:rFonts w:ascii="Times New Roman" w:hAnsi="Times New Roman" w:cs="Times New Roman"/>
                <w:b/>
              </w:rPr>
              <w:t>Award</w:t>
            </w:r>
            <w:r>
              <w:rPr>
                <w:rFonts w:ascii="Times New Roman" w:hAnsi="Times New Roman" w:cs="Times New Roman"/>
                <w:b/>
              </w:rPr>
              <w:t xml:space="preserve"> (s)</w:t>
            </w:r>
          </w:p>
        </w:tc>
        <w:tc>
          <w:tcPr>
            <w:tcW w:w="1961" w:type="pct"/>
            <w:shd w:val="clear" w:color="auto" w:fill="DDD9C3" w:themeFill="background2" w:themeFillShade="E6"/>
          </w:tcPr>
          <w:p w14:paraId="7E7033D9" w14:textId="77777777" w:rsidR="0093749E" w:rsidRPr="00635299" w:rsidRDefault="0093749E" w:rsidP="00D73F2C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Institution</w:t>
            </w: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988" w:type="pct"/>
            <w:shd w:val="clear" w:color="auto" w:fill="DDD9C3" w:themeFill="background2" w:themeFillShade="E6"/>
          </w:tcPr>
          <w:p w14:paraId="3181F602" w14:textId="77777777" w:rsidR="0093749E" w:rsidRPr="00635299" w:rsidRDefault="0093749E" w:rsidP="00D73F2C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Year</w:t>
            </w:r>
          </w:p>
        </w:tc>
      </w:tr>
      <w:tr w:rsidR="003E01CF" w:rsidRPr="002A664E" w14:paraId="0BE5B637" w14:textId="77777777" w:rsidTr="003E01CF">
        <w:tc>
          <w:tcPr>
            <w:tcW w:w="2051" w:type="pct"/>
          </w:tcPr>
          <w:p w14:paraId="3AAEE8F5" w14:textId="6EF74A5A" w:rsidR="003E01CF" w:rsidRPr="002A664E" w:rsidRDefault="003E01CF" w:rsidP="003E01CF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961" w:type="pct"/>
          </w:tcPr>
          <w:p w14:paraId="632BCE0D" w14:textId="43B0C160" w:rsidR="003E01CF" w:rsidRPr="002A664E" w:rsidRDefault="003E01CF" w:rsidP="003E01CF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88" w:type="pct"/>
          </w:tcPr>
          <w:p w14:paraId="228CBAC4" w14:textId="1E6C8180" w:rsidR="003E01CF" w:rsidRPr="002A664E" w:rsidRDefault="003E01CF" w:rsidP="003E01CF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E01CF" w:rsidRPr="002A664E" w14:paraId="07D69F1A" w14:textId="77777777" w:rsidTr="003E01CF">
        <w:tc>
          <w:tcPr>
            <w:tcW w:w="2051" w:type="pct"/>
          </w:tcPr>
          <w:p w14:paraId="068C1AA0" w14:textId="77777777" w:rsidR="003E01CF" w:rsidRPr="002A664E" w:rsidRDefault="003E01CF" w:rsidP="003E01CF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961" w:type="pct"/>
          </w:tcPr>
          <w:p w14:paraId="47E619E8" w14:textId="77777777" w:rsidR="003E01CF" w:rsidRPr="002A664E" w:rsidRDefault="003E01CF" w:rsidP="003E01CF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88" w:type="pct"/>
          </w:tcPr>
          <w:p w14:paraId="617CB272" w14:textId="77777777" w:rsidR="003E01CF" w:rsidRPr="002A664E" w:rsidRDefault="003E01CF" w:rsidP="003E01CF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4FA25A32" w14:textId="77777777" w:rsidR="0093749E" w:rsidRPr="0093749E" w:rsidRDefault="0093749E" w:rsidP="0093749E">
      <w:pPr>
        <w:spacing w:after="0"/>
        <w:rPr>
          <w:sz w:val="8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85D9B" w:rsidRPr="002A664E" w14:paraId="02EC71B1" w14:textId="77777777" w:rsidTr="00147FE2">
        <w:tc>
          <w:tcPr>
            <w:tcW w:w="11016" w:type="dxa"/>
            <w:shd w:val="clear" w:color="auto" w:fill="244061" w:themeFill="accent1" w:themeFillShade="80"/>
          </w:tcPr>
          <w:p w14:paraId="226B2162" w14:textId="77777777" w:rsidR="00835810" w:rsidRPr="002A664E" w:rsidRDefault="00BB1B25" w:rsidP="00BB1B25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 xml:space="preserve">Thesis/Dissertations </w:t>
            </w:r>
          </w:p>
        </w:tc>
      </w:tr>
    </w:tbl>
    <w:p w14:paraId="43D2328C" w14:textId="77777777" w:rsidR="00835810" w:rsidRPr="001746BC" w:rsidRDefault="00835810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10"/>
        </w:rPr>
      </w:pPr>
    </w:p>
    <w:tbl>
      <w:tblPr>
        <w:tblStyle w:val="TableGrid"/>
        <w:tblW w:w="4984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4791"/>
        <w:gridCol w:w="1231"/>
        <w:gridCol w:w="2384"/>
        <w:gridCol w:w="2349"/>
      </w:tblGrid>
      <w:tr w:rsidR="00D16112" w:rsidRPr="002A664E" w14:paraId="2A7A1087" w14:textId="77777777" w:rsidTr="00766BE2">
        <w:tc>
          <w:tcPr>
            <w:tcW w:w="2227" w:type="pct"/>
            <w:shd w:val="clear" w:color="auto" w:fill="DDD9C3" w:themeFill="background2" w:themeFillShade="E6"/>
          </w:tcPr>
          <w:p w14:paraId="71E9F4E2" w14:textId="77777777" w:rsidR="00D16112" w:rsidRPr="00635299" w:rsidRDefault="00D16112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Thesis Title</w:t>
            </w:r>
          </w:p>
        </w:tc>
        <w:tc>
          <w:tcPr>
            <w:tcW w:w="572" w:type="pct"/>
            <w:shd w:val="clear" w:color="auto" w:fill="DDD9C3" w:themeFill="background2" w:themeFillShade="E6"/>
          </w:tcPr>
          <w:p w14:paraId="376472A5" w14:textId="77777777" w:rsidR="00D16112" w:rsidRPr="002A664E" w:rsidRDefault="00D16112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Degree</w:t>
            </w:r>
          </w:p>
        </w:tc>
        <w:tc>
          <w:tcPr>
            <w:tcW w:w="1108" w:type="pct"/>
            <w:shd w:val="clear" w:color="auto" w:fill="DDD9C3" w:themeFill="background2" w:themeFillShade="E6"/>
          </w:tcPr>
          <w:p w14:paraId="238EF730" w14:textId="77777777" w:rsidR="00D16112" w:rsidRPr="00635299" w:rsidRDefault="00D16112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University</w:t>
            </w:r>
          </w:p>
        </w:tc>
        <w:tc>
          <w:tcPr>
            <w:tcW w:w="1092" w:type="pct"/>
            <w:shd w:val="clear" w:color="auto" w:fill="DDD9C3" w:themeFill="background2" w:themeFillShade="E6"/>
          </w:tcPr>
          <w:p w14:paraId="3EADBEB6" w14:textId="77777777" w:rsidR="00D16112" w:rsidRPr="00635299" w:rsidRDefault="00D16112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Year</w:t>
            </w:r>
          </w:p>
        </w:tc>
      </w:tr>
      <w:tr w:rsidR="00766BE2" w:rsidRPr="002A664E" w14:paraId="03984595" w14:textId="77777777" w:rsidTr="00766BE2">
        <w:tc>
          <w:tcPr>
            <w:tcW w:w="2227" w:type="pct"/>
          </w:tcPr>
          <w:p w14:paraId="27D8DEAA" w14:textId="77D3856B" w:rsidR="00766BE2" w:rsidRPr="002A664E" w:rsidRDefault="00766BE2" w:rsidP="00766BE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</w:tcPr>
          <w:p w14:paraId="45E2EE82" w14:textId="08B24253" w:rsidR="00766BE2" w:rsidRPr="002A664E" w:rsidRDefault="00A03D50" w:rsidP="00766BE2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</w:t>
            </w:r>
          </w:p>
        </w:tc>
        <w:tc>
          <w:tcPr>
            <w:tcW w:w="1108" w:type="pct"/>
          </w:tcPr>
          <w:p w14:paraId="2DE4C765" w14:textId="64104DE8" w:rsidR="00766BE2" w:rsidRPr="002A664E" w:rsidRDefault="00766BE2" w:rsidP="00766BE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092" w:type="pct"/>
          </w:tcPr>
          <w:p w14:paraId="3CC2432F" w14:textId="736E2863" w:rsidR="00766BE2" w:rsidRPr="002A664E" w:rsidRDefault="00766BE2" w:rsidP="00766BE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766BE2" w:rsidRPr="002A664E" w14:paraId="1BDEFB92" w14:textId="77777777" w:rsidTr="00766BE2">
        <w:tc>
          <w:tcPr>
            <w:tcW w:w="2227" w:type="pct"/>
          </w:tcPr>
          <w:p w14:paraId="03B22100" w14:textId="27338885" w:rsidR="00766BE2" w:rsidRPr="002A664E" w:rsidRDefault="00766BE2" w:rsidP="00766BE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</w:tcPr>
          <w:p w14:paraId="63A8B57E" w14:textId="444E30D8" w:rsidR="00766BE2" w:rsidRPr="002A664E" w:rsidRDefault="00A03D50" w:rsidP="00766BE2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MS/ MPhil</w:t>
            </w:r>
          </w:p>
        </w:tc>
        <w:tc>
          <w:tcPr>
            <w:tcW w:w="1108" w:type="pct"/>
          </w:tcPr>
          <w:p w14:paraId="5A47A153" w14:textId="28062CF6" w:rsidR="00766BE2" w:rsidRPr="002A664E" w:rsidRDefault="00766BE2" w:rsidP="00766BE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092" w:type="pct"/>
          </w:tcPr>
          <w:p w14:paraId="0904E557" w14:textId="402D619A" w:rsidR="00766BE2" w:rsidRPr="002A664E" w:rsidRDefault="00766BE2" w:rsidP="00766BE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156556A3" w14:textId="77777777" w:rsidR="00871C46" w:rsidRPr="00871C46" w:rsidRDefault="00871C46" w:rsidP="00871C46">
      <w:pPr>
        <w:spacing w:after="0"/>
        <w:rPr>
          <w:sz w:val="12"/>
        </w:rPr>
      </w:pPr>
    </w:p>
    <w:p w14:paraId="7BE0F79A" w14:textId="77777777" w:rsidR="00DF3F92" w:rsidRPr="001746BC" w:rsidRDefault="00DF3F92" w:rsidP="0074717E">
      <w:pPr>
        <w:pStyle w:val="Heading1"/>
        <w:spacing w:before="0" w:line="240" w:lineRule="auto"/>
        <w:rPr>
          <w:rFonts w:ascii="Times New Roman" w:hAnsi="Times New Roman" w:cs="Times New Roman"/>
          <w:sz w:val="8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85D9B" w:rsidRPr="002A664E" w14:paraId="73624AB9" w14:textId="77777777" w:rsidTr="00147FE2">
        <w:tc>
          <w:tcPr>
            <w:tcW w:w="11016" w:type="dxa"/>
            <w:shd w:val="clear" w:color="auto" w:fill="244061" w:themeFill="accent1" w:themeFillShade="80"/>
          </w:tcPr>
          <w:p w14:paraId="0087C377" w14:textId="77777777" w:rsidR="00835810" w:rsidRPr="002A664E" w:rsidRDefault="00BB1B25" w:rsidP="00BB1B25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>Academic Appointments</w:t>
            </w:r>
          </w:p>
        </w:tc>
      </w:tr>
    </w:tbl>
    <w:p w14:paraId="1CD998A4" w14:textId="77777777" w:rsidR="00835810" w:rsidRPr="001746BC" w:rsidRDefault="00835810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10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2308"/>
        <w:gridCol w:w="3086"/>
        <w:gridCol w:w="2698"/>
        <w:gridCol w:w="2698"/>
      </w:tblGrid>
      <w:tr w:rsidR="00013C96" w:rsidRPr="002A664E" w14:paraId="3149D480" w14:textId="77777777" w:rsidTr="00013C96">
        <w:tc>
          <w:tcPr>
            <w:tcW w:w="1070" w:type="pct"/>
            <w:shd w:val="clear" w:color="auto" w:fill="DDD9C3" w:themeFill="background2" w:themeFillShade="E6"/>
          </w:tcPr>
          <w:p w14:paraId="62C18D23" w14:textId="77777777" w:rsidR="00013C96" w:rsidRPr="00635299" w:rsidRDefault="00013C96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Position</w:t>
            </w:r>
          </w:p>
        </w:tc>
        <w:tc>
          <w:tcPr>
            <w:tcW w:w="1430" w:type="pct"/>
            <w:shd w:val="clear" w:color="auto" w:fill="DDD9C3" w:themeFill="background2" w:themeFillShade="E6"/>
          </w:tcPr>
          <w:p w14:paraId="36507572" w14:textId="77777777" w:rsidR="00013C96" w:rsidRPr="00635299" w:rsidRDefault="00013C96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Institution</w:t>
            </w:r>
          </w:p>
        </w:tc>
        <w:tc>
          <w:tcPr>
            <w:tcW w:w="1250" w:type="pct"/>
            <w:shd w:val="clear" w:color="auto" w:fill="DDD9C3" w:themeFill="background2" w:themeFillShade="E6"/>
          </w:tcPr>
          <w:p w14:paraId="47B6684F" w14:textId="77777777" w:rsidR="00013C96" w:rsidRPr="002A664E" w:rsidRDefault="00013C96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1250" w:type="pct"/>
            <w:shd w:val="clear" w:color="auto" w:fill="DDD9C3" w:themeFill="background2" w:themeFillShade="E6"/>
          </w:tcPr>
          <w:p w14:paraId="3BCC8CFF" w14:textId="77777777" w:rsidR="00013C96" w:rsidRPr="00635299" w:rsidRDefault="00013C96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Years</w:t>
            </w:r>
          </w:p>
        </w:tc>
      </w:tr>
      <w:tr w:rsidR="005D2202" w:rsidRPr="002A664E" w14:paraId="6BD441C7" w14:textId="77777777" w:rsidTr="00013C96">
        <w:tc>
          <w:tcPr>
            <w:tcW w:w="1070" w:type="pct"/>
          </w:tcPr>
          <w:p w14:paraId="7869FF60" w14:textId="77777777" w:rsidR="005D2202" w:rsidRPr="002A664E" w:rsidRDefault="005D2202" w:rsidP="005D2202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 xml:space="preserve">Professor </w:t>
            </w:r>
          </w:p>
        </w:tc>
        <w:tc>
          <w:tcPr>
            <w:tcW w:w="1430" w:type="pct"/>
          </w:tcPr>
          <w:p w14:paraId="1576EDA7" w14:textId="125429BE" w:rsidR="005D2202" w:rsidRPr="002A664E" w:rsidRDefault="005D2202" w:rsidP="005D220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0E87E92D" w14:textId="417721B0" w:rsidR="005D2202" w:rsidRPr="002A664E" w:rsidRDefault="005D2202" w:rsidP="005D220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0F091E18" w14:textId="16CFEB00" w:rsidR="005D2202" w:rsidRPr="002A664E" w:rsidRDefault="005D2202" w:rsidP="005D220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5D2202" w:rsidRPr="002A664E" w14:paraId="2F56223E" w14:textId="77777777" w:rsidTr="00013C96">
        <w:tc>
          <w:tcPr>
            <w:tcW w:w="1070" w:type="pct"/>
          </w:tcPr>
          <w:p w14:paraId="48EC5EF0" w14:textId="77777777" w:rsidR="005D2202" w:rsidRPr="002A664E" w:rsidRDefault="005D2202" w:rsidP="005D2202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 xml:space="preserve">Associate Professor </w:t>
            </w:r>
          </w:p>
        </w:tc>
        <w:tc>
          <w:tcPr>
            <w:tcW w:w="1430" w:type="pct"/>
          </w:tcPr>
          <w:p w14:paraId="2F02E98A" w14:textId="38C44235" w:rsidR="005D2202" w:rsidRPr="002A664E" w:rsidRDefault="005D2202" w:rsidP="005D220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1DC6307F" w14:textId="34018125" w:rsidR="005D2202" w:rsidRPr="002A664E" w:rsidRDefault="005D2202" w:rsidP="005D220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573F380D" w14:textId="41D21878" w:rsidR="005D2202" w:rsidRPr="002A664E" w:rsidRDefault="005D2202" w:rsidP="005D220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5D2202" w:rsidRPr="002A664E" w14:paraId="18737438" w14:textId="77777777" w:rsidTr="00013C96">
        <w:tc>
          <w:tcPr>
            <w:tcW w:w="1070" w:type="pct"/>
          </w:tcPr>
          <w:p w14:paraId="166C5DFF" w14:textId="77777777" w:rsidR="005D2202" w:rsidRPr="002A664E" w:rsidRDefault="005D2202" w:rsidP="005D2202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 xml:space="preserve">Assistant Professor </w:t>
            </w:r>
          </w:p>
        </w:tc>
        <w:tc>
          <w:tcPr>
            <w:tcW w:w="1430" w:type="pct"/>
          </w:tcPr>
          <w:p w14:paraId="565EBF53" w14:textId="43D676CE" w:rsidR="005D2202" w:rsidRPr="002A664E" w:rsidRDefault="005D2202" w:rsidP="005D220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0BDEBC21" w14:textId="3A4D5584" w:rsidR="005D2202" w:rsidRPr="002A664E" w:rsidRDefault="005D2202" w:rsidP="005D220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7AE403D1" w14:textId="5C2CB5F5" w:rsidR="005D2202" w:rsidRPr="002A664E" w:rsidRDefault="005D2202" w:rsidP="005D220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5D2202" w:rsidRPr="002A664E" w14:paraId="78960A14" w14:textId="77777777" w:rsidTr="00013C96">
        <w:tc>
          <w:tcPr>
            <w:tcW w:w="1070" w:type="pct"/>
          </w:tcPr>
          <w:p w14:paraId="203E5599" w14:textId="77777777" w:rsidR="005D2202" w:rsidRPr="002A664E" w:rsidRDefault="005D2202" w:rsidP="005D2202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 xml:space="preserve">Lecturer </w:t>
            </w:r>
          </w:p>
        </w:tc>
        <w:tc>
          <w:tcPr>
            <w:tcW w:w="1430" w:type="pct"/>
          </w:tcPr>
          <w:p w14:paraId="12668C7A" w14:textId="012B4120" w:rsidR="005D2202" w:rsidRPr="002A664E" w:rsidRDefault="005D2202" w:rsidP="005D220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0327D926" w14:textId="1843EEC2" w:rsidR="005D2202" w:rsidRPr="002A664E" w:rsidRDefault="005D2202" w:rsidP="005D220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2AC23C74" w14:textId="15988C1D" w:rsidR="005D2202" w:rsidRPr="002A664E" w:rsidRDefault="005D2202" w:rsidP="005D220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2F0D8D3D" w14:textId="77777777" w:rsidR="00DF3F92" w:rsidRPr="001746BC" w:rsidRDefault="00DF3F92" w:rsidP="007E4DE4">
      <w:pPr>
        <w:pStyle w:val="Heading1"/>
        <w:spacing w:before="0"/>
        <w:rPr>
          <w:rFonts w:ascii="Times New Roman" w:hAnsi="Times New Roman" w:cs="Times New Roman"/>
          <w:sz w:val="10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85D9B" w:rsidRPr="002A664E" w14:paraId="5A051D7C" w14:textId="77777777" w:rsidTr="00147FE2">
        <w:tc>
          <w:tcPr>
            <w:tcW w:w="11016" w:type="dxa"/>
            <w:shd w:val="clear" w:color="auto" w:fill="244061" w:themeFill="accent1" w:themeFillShade="80"/>
          </w:tcPr>
          <w:p w14:paraId="35F02D42" w14:textId="6B571108" w:rsidR="00835810" w:rsidRPr="002A664E" w:rsidRDefault="00BB1B25" w:rsidP="00BB1B25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>Administrative Roles</w:t>
            </w:r>
            <w:r w:rsidR="001F7B55"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</w:p>
        </w:tc>
      </w:tr>
    </w:tbl>
    <w:p w14:paraId="1148F617" w14:textId="77777777" w:rsidR="00835810" w:rsidRPr="001746BC" w:rsidRDefault="00835810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98"/>
        <w:gridCol w:w="3597"/>
        <w:gridCol w:w="3595"/>
      </w:tblGrid>
      <w:tr w:rsidR="00DF3F92" w:rsidRPr="002A664E" w14:paraId="2F6ED32B" w14:textId="77777777" w:rsidTr="00450132">
        <w:tc>
          <w:tcPr>
            <w:tcW w:w="1667" w:type="pct"/>
            <w:shd w:val="clear" w:color="auto" w:fill="DDD9C3" w:themeFill="background2" w:themeFillShade="E6"/>
          </w:tcPr>
          <w:p w14:paraId="3715943E" w14:textId="77777777" w:rsidR="00DF3F92" w:rsidRPr="00635299" w:rsidRDefault="00DF3F92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Role</w:t>
            </w:r>
          </w:p>
        </w:tc>
        <w:tc>
          <w:tcPr>
            <w:tcW w:w="1667" w:type="pct"/>
            <w:shd w:val="clear" w:color="auto" w:fill="DDD9C3" w:themeFill="background2" w:themeFillShade="E6"/>
          </w:tcPr>
          <w:p w14:paraId="51E4D7BA" w14:textId="77777777" w:rsidR="00DF3F92" w:rsidRPr="00635299" w:rsidRDefault="00DF3F92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Institution</w:t>
            </w:r>
          </w:p>
        </w:tc>
        <w:tc>
          <w:tcPr>
            <w:tcW w:w="1666" w:type="pct"/>
            <w:shd w:val="clear" w:color="auto" w:fill="DDD9C3" w:themeFill="background2" w:themeFillShade="E6"/>
          </w:tcPr>
          <w:p w14:paraId="5334E62B" w14:textId="77777777" w:rsidR="00DF3F92" w:rsidRPr="00635299" w:rsidRDefault="00DF3F92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Years</w:t>
            </w:r>
          </w:p>
        </w:tc>
      </w:tr>
      <w:tr w:rsidR="00C94179" w:rsidRPr="002A664E" w14:paraId="404BA70A" w14:textId="77777777" w:rsidTr="00450132">
        <w:tc>
          <w:tcPr>
            <w:tcW w:w="1667" w:type="pct"/>
          </w:tcPr>
          <w:p w14:paraId="49A7E067" w14:textId="77777777" w:rsidR="00C94179" w:rsidRPr="002A664E" w:rsidRDefault="00C94179" w:rsidP="00112B4C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</w:rPr>
              <w:t xml:space="preserve">Dean </w:t>
            </w:r>
          </w:p>
        </w:tc>
        <w:tc>
          <w:tcPr>
            <w:tcW w:w="1667" w:type="pct"/>
          </w:tcPr>
          <w:p w14:paraId="4858A9B5" w14:textId="77777777" w:rsidR="00C94179" w:rsidRPr="002A664E" w:rsidRDefault="00C94179" w:rsidP="00112B4C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6" w:type="pct"/>
          </w:tcPr>
          <w:p w14:paraId="0C7359E0" w14:textId="77777777" w:rsidR="00C94179" w:rsidRPr="002A664E" w:rsidRDefault="00C94179" w:rsidP="00112B4C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3F92" w:rsidRPr="002A664E" w14:paraId="2FC7B09E" w14:textId="77777777" w:rsidTr="00450132">
        <w:tc>
          <w:tcPr>
            <w:tcW w:w="1667" w:type="pct"/>
          </w:tcPr>
          <w:p w14:paraId="3153FB1B" w14:textId="77777777" w:rsidR="00DF3F92" w:rsidRPr="002A664E" w:rsidRDefault="00DF3F92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 xml:space="preserve">Chairperson </w:t>
            </w:r>
          </w:p>
        </w:tc>
        <w:tc>
          <w:tcPr>
            <w:tcW w:w="1667" w:type="pct"/>
          </w:tcPr>
          <w:p w14:paraId="7DD517CB" w14:textId="42F9CAC1" w:rsidR="00DF3F92" w:rsidRPr="002A664E" w:rsidRDefault="00DF3F92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66" w:type="pct"/>
          </w:tcPr>
          <w:p w14:paraId="72FEB08B" w14:textId="2955285A" w:rsidR="00450132" w:rsidRPr="002A664E" w:rsidRDefault="00450132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450132" w:rsidRPr="002A664E" w14:paraId="61AE9C1A" w14:textId="77777777" w:rsidTr="00450132">
        <w:tc>
          <w:tcPr>
            <w:tcW w:w="1667" w:type="pct"/>
          </w:tcPr>
          <w:p w14:paraId="2DFD4F2A" w14:textId="5D05DCA6" w:rsidR="00450132" w:rsidRPr="002A664E" w:rsidRDefault="00450132" w:rsidP="00450132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 xml:space="preserve">Coordinator </w:t>
            </w:r>
            <w:r w:rsidR="00A03D50">
              <w:rPr>
                <w:rFonts w:ascii="Times New Roman" w:hAnsi="Times New Roman" w:cs="Times New Roman"/>
              </w:rPr>
              <w:t>BS/</w:t>
            </w:r>
            <w:r w:rsidRPr="002A664E">
              <w:rPr>
                <w:rFonts w:ascii="Times New Roman" w:hAnsi="Times New Roman" w:cs="Times New Roman"/>
              </w:rPr>
              <w:t>MPhil</w:t>
            </w:r>
            <w:r w:rsidR="00A03D50">
              <w:rPr>
                <w:rFonts w:ascii="Times New Roman" w:hAnsi="Times New Roman" w:cs="Times New Roman"/>
              </w:rPr>
              <w:t>/PhD</w:t>
            </w:r>
            <w:r w:rsidRPr="002A664E">
              <w:rPr>
                <w:rFonts w:ascii="Times New Roman" w:hAnsi="Times New Roman" w:cs="Times New Roman"/>
              </w:rPr>
              <w:t xml:space="preserve"> Program </w:t>
            </w:r>
          </w:p>
        </w:tc>
        <w:tc>
          <w:tcPr>
            <w:tcW w:w="1667" w:type="pct"/>
          </w:tcPr>
          <w:p w14:paraId="69D2C73C" w14:textId="4B21E6BF" w:rsidR="00450132" w:rsidRPr="002A664E" w:rsidRDefault="00450132" w:rsidP="0045013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66" w:type="pct"/>
          </w:tcPr>
          <w:p w14:paraId="563245DA" w14:textId="61E9384E" w:rsidR="00450132" w:rsidRPr="002A664E" w:rsidRDefault="00450132" w:rsidP="0045013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450132" w:rsidRPr="002A664E" w14:paraId="54BEA6F0" w14:textId="77777777" w:rsidTr="00450132">
        <w:tc>
          <w:tcPr>
            <w:tcW w:w="1667" w:type="pct"/>
          </w:tcPr>
          <w:p w14:paraId="02A77E78" w14:textId="45452752" w:rsidR="00450132" w:rsidRPr="002A664E" w:rsidRDefault="00450132" w:rsidP="00450132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 xml:space="preserve">Focal Person </w:t>
            </w:r>
            <w:r w:rsidR="001A2467">
              <w:rPr>
                <w:rFonts w:ascii="Times New Roman" w:hAnsi="Times New Roman" w:cs="Times New Roman"/>
              </w:rPr>
              <w:t>of Turnitin</w:t>
            </w:r>
          </w:p>
        </w:tc>
        <w:tc>
          <w:tcPr>
            <w:tcW w:w="1667" w:type="pct"/>
          </w:tcPr>
          <w:p w14:paraId="6EAB8015" w14:textId="3EC49689" w:rsidR="00450132" w:rsidRPr="002A664E" w:rsidRDefault="00450132" w:rsidP="0045013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66" w:type="pct"/>
          </w:tcPr>
          <w:p w14:paraId="445D9234" w14:textId="6E9E0221" w:rsidR="00450132" w:rsidRPr="002A664E" w:rsidRDefault="00450132" w:rsidP="0045013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450132" w:rsidRPr="002A664E" w14:paraId="13D6B3FE" w14:textId="77777777" w:rsidTr="00450132">
        <w:tc>
          <w:tcPr>
            <w:tcW w:w="1667" w:type="pct"/>
          </w:tcPr>
          <w:p w14:paraId="31171B0E" w14:textId="77777777" w:rsidR="00450132" w:rsidRPr="002A664E" w:rsidRDefault="00450132" w:rsidP="00450132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lastRenderedPageBreak/>
              <w:t xml:space="preserve">Other </w:t>
            </w:r>
          </w:p>
        </w:tc>
        <w:tc>
          <w:tcPr>
            <w:tcW w:w="1667" w:type="pct"/>
          </w:tcPr>
          <w:p w14:paraId="5E75C811" w14:textId="77777777" w:rsidR="00450132" w:rsidRPr="002A664E" w:rsidRDefault="00450132" w:rsidP="0045013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66" w:type="pct"/>
          </w:tcPr>
          <w:p w14:paraId="6789282A" w14:textId="77777777" w:rsidR="00450132" w:rsidRPr="002A664E" w:rsidRDefault="00450132" w:rsidP="00450132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2EC3DDDB" w14:textId="77777777" w:rsidR="003869F9" w:rsidRPr="001746BC" w:rsidRDefault="003869F9" w:rsidP="0074717E">
      <w:pPr>
        <w:pStyle w:val="Heading1"/>
        <w:spacing w:before="0" w:line="240" w:lineRule="auto"/>
        <w:rPr>
          <w:rFonts w:ascii="Times New Roman" w:hAnsi="Times New Roman" w:cs="Times New Roman"/>
          <w:sz w:val="10"/>
        </w:rPr>
      </w:pPr>
    </w:p>
    <w:p w14:paraId="59D9EE63" w14:textId="77777777" w:rsidR="008E0C76" w:rsidRPr="001746BC" w:rsidRDefault="008E0C76" w:rsidP="0074717E">
      <w:pPr>
        <w:pStyle w:val="Heading1"/>
        <w:spacing w:before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85D9B" w:rsidRPr="002A664E" w14:paraId="1405F600" w14:textId="77777777" w:rsidTr="00147FE2">
        <w:tc>
          <w:tcPr>
            <w:tcW w:w="11016" w:type="dxa"/>
            <w:shd w:val="clear" w:color="auto" w:fill="244061" w:themeFill="accent1" w:themeFillShade="80"/>
          </w:tcPr>
          <w:p w14:paraId="189B2C7A" w14:textId="77777777" w:rsidR="00835810" w:rsidRPr="002A664E" w:rsidRDefault="00BB1B25" w:rsidP="00BB1B25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>Publications</w:t>
            </w:r>
          </w:p>
        </w:tc>
      </w:tr>
    </w:tbl>
    <w:p w14:paraId="43BB21E3" w14:textId="77777777" w:rsidR="00835810" w:rsidRPr="001746BC" w:rsidRDefault="00835810" w:rsidP="007E4DE4">
      <w:pPr>
        <w:keepNext/>
        <w:keepLines/>
        <w:spacing w:after="0"/>
        <w:outlineLvl w:val="0"/>
        <w:rPr>
          <w:rFonts w:ascii="Times New Roman" w:hAnsi="Times New Roman" w:cs="Times New Roman"/>
          <w:sz w:val="10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1163"/>
        <w:gridCol w:w="6964"/>
        <w:gridCol w:w="2663"/>
      </w:tblGrid>
      <w:tr w:rsidR="00B03235" w:rsidRPr="002A664E" w14:paraId="37EDE71C" w14:textId="77777777" w:rsidTr="00B03235">
        <w:tc>
          <w:tcPr>
            <w:tcW w:w="539" w:type="pct"/>
            <w:shd w:val="clear" w:color="auto" w:fill="DDD9C3" w:themeFill="background2" w:themeFillShade="E6"/>
          </w:tcPr>
          <w:p w14:paraId="7D0FCAAB" w14:textId="77777777" w:rsidR="00B03235" w:rsidRPr="00635299" w:rsidRDefault="00B03235" w:rsidP="001B47E3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7" w:type="pct"/>
            <w:shd w:val="clear" w:color="auto" w:fill="DDD9C3" w:themeFill="background2" w:themeFillShade="E6"/>
          </w:tcPr>
          <w:p w14:paraId="61DEEDB7" w14:textId="77777777" w:rsidR="00B03235" w:rsidRPr="00635299" w:rsidRDefault="00B03235" w:rsidP="001B47E3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635299">
              <w:rPr>
                <w:rFonts w:ascii="Times New Roman" w:hAnsi="Times New Roman" w:cs="Times New Roman"/>
                <w:b/>
              </w:rPr>
              <w:t>Journal Articles</w:t>
            </w:r>
          </w:p>
        </w:tc>
        <w:tc>
          <w:tcPr>
            <w:tcW w:w="1234" w:type="pct"/>
            <w:shd w:val="clear" w:color="auto" w:fill="DDD9C3" w:themeFill="background2" w:themeFillShade="E6"/>
          </w:tcPr>
          <w:p w14:paraId="40527F64" w14:textId="77777777" w:rsidR="00B03235" w:rsidRPr="00635299" w:rsidRDefault="00B03235" w:rsidP="001B47E3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</w:tr>
      <w:tr w:rsidR="00B03235" w:rsidRPr="002A664E" w14:paraId="0E5247E1" w14:textId="77777777" w:rsidTr="00B03235">
        <w:tc>
          <w:tcPr>
            <w:tcW w:w="539" w:type="pct"/>
          </w:tcPr>
          <w:p w14:paraId="3CC7F776" w14:textId="77777777" w:rsidR="00B03235" w:rsidRPr="002A664E" w:rsidRDefault="00706D53" w:rsidP="001B47E3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706D53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3227" w:type="pct"/>
          </w:tcPr>
          <w:p w14:paraId="5E6D3EFC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Title</w:t>
            </w:r>
          </w:p>
        </w:tc>
        <w:tc>
          <w:tcPr>
            <w:tcW w:w="1234" w:type="pct"/>
          </w:tcPr>
          <w:p w14:paraId="20163093" w14:textId="77777777" w:rsidR="00B03235" w:rsidRPr="002A664E" w:rsidRDefault="00B03235" w:rsidP="001B47E3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Category/Impact Factor</w:t>
            </w:r>
          </w:p>
        </w:tc>
      </w:tr>
      <w:tr w:rsidR="00B03235" w:rsidRPr="002A664E" w14:paraId="4A6F6B31" w14:textId="77777777" w:rsidTr="00B03235">
        <w:tc>
          <w:tcPr>
            <w:tcW w:w="539" w:type="pct"/>
          </w:tcPr>
          <w:p w14:paraId="059C395D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55516838" w14:textId="72182A2B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202</w:t>
            </w:r>
            <w:r w:rsidR="00A03D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4" w:type="pct"/>
          </w:tcPr>
          <w:p w14:paraId="2F181877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A03D50" w:rsidRPr="002A664E" w14:paraId="49F6DCCF" w14:textId="77777777" w:rsidTr="00B03235">
        <w:tc>
          <w:tcPr>
            <w:tcW w:w="539" w:type="pct"/>
          </w:tcPr>
          <w:p w14:paraId="2B2E20D4" w14:textId="358AF5E3" w:rsidR="00A03D50" w:rsidRPr="00A03D50" w:rsidRDefault="00A03D50" w:rsidP="00A03D50">
            <w:pPr>
              <w:pStyle w:val="ListParagraph"/>
              <w:numPr>
                <w:ilvl w:val="0"/>
                <w:numId w:val="19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23AE3E2F" w14:textId="77777777" w:rsidR="00A03D50" w:rsidRPr="002A664E" w:rsidRDefault="00A03D50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34" w:type="pct"/>
          </w:tcPr>
          <w:p w14:paraId="6E944A64" w14:textId="77777777" w:rsidR="00A03D50" w:rsidRPr="002A664E" w:rsidRDefault="00A03D50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A03D50" w:rsidRPr="002A664E" w14:paraId="2EE9CD3A" w14:textId="77777777" w:rsidTr="00B03235">
        <w:tc>
          <w:tcPr>
            <w:tcW w:w="539" w:type="pct"/>
          </w:tcPr>
          <w:p w14:paraId="6A30FC3D" w14:textId="77777777" w:rsidR="00A03D50" w:rsidRPr="002A664E" w:rsidRDefault="00A03D50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744998D5" w14:textId="55CE69DD" w:rsidR="00A03D50" w:rsidRPr="002A664E" w:rsidRDefault="00A03D50" w:rsidP="001B47E3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pct"/>
          </w:tcPr>
          <w:p w14:paraId="46791A11" w14:textId="77777777" w:rsidR="00A03D50" w:rsidRPr="002A664E" w:rsidRDefault="00A03D50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3F8DF7C3" w14:textId="77777777" w:rsidTr="00B03235">
        <w:tc>
          <w:tcPr>
            <w:tcW w:w="539" w:type="pct"/>
          </w:tcPr>
          <w:p w14:paraId="2F700819" w14:textId="77777777" w:rsidR="00B03235" w:rsidRPr="00B03235" w:rsidRDefault="00B03235" w:rsidP="00A03D50">
            <w:pPr>
              <w:pStyle w:val="ListParagraph"/>
              <w:numPr>
                <w:ilvl w:val="0"/>
                <w:numId w:val="13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77F383FD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34" w:type="pct"/>
          </w:tcPr>
          <w:p w14:paraId="541B8A1A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02E9FD00" w14:textId="77777777" w:rsidTr="00B03235">
        <w:tc>
          <w:tcPr>
            <w:tcW w:w="539" w:type="pct"/>
          </w:tcPr>
          <w:p w14:paraId="4466D865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38886B64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34" w:type="pct"/>
          </w:tcPr>
          <w:p w14:paraId="648CA6DB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560BCEFB" w14:textId="77777777" w:rsidTr="00B03235">
        <w:tc>
          <w:tcPr>
            <w:tcW w:w="539" w:type="pct"/>
          </w:tcPr>
          <w:p w14:paraId="659B8984" w14:textId="77777777" w:rsidR="00B03235" w:rsidRPr="00B03235" w:rsidRDefault="00B03235" w:rsidP="001B47E3">
            <w:pPr>
              <w:pStyle w:val="ListParagraph"/>
              <w:numPr>
                <w:ilvl w:val="0"/>
                <w:numId w:val="13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1AF786B7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34" w:type="pct"/>
          </w:tcPr>
          <w:p w14:paraId="24F7EB54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20220039" w14:textId="77777777" w:rsidTr="00B03235">
        <w:tc>
          <w:tcPr>
            <w:tcW w:w="539" w:type="pct"/>
          </w:tcPr>
          <w:p w14:paraId="1E104861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71B578DE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34" w:type="pct"/>
          </w:tcPr>
          <w:p w14:paraId="59EACF5D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2AE04F09" w14:textId="77777777" w:rsidTr="00B03235">
        <w:tc>
          <w:tcPr>
            <w:tcW w:w="539" w:type="pct"/>
          </w:tcPr>
          <w:p w14:paraId="536F5197" w14:textId="77777777" w:rsidR="00B03235" w:rsidRPr="00B03235" w:rsidRDefault="00B03235" w:rsidP="001B47E3">
            <w:pPr>
              <w:pStyle w:val="ListParagraph"/>
              <w:numPr>
                <w:ilvl w:val="0"/>
                <w:numId w:val="13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7099E13F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34" w:type="pct"/>
          </w:tcPr>
          <w:p w14:paraId="5A633475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159F9B38" w14:textId="77777777" w:rsidTr="00B03235">
        <w:tc>
          <w:tcPr>
            <w:tcW w:w="539" w:type="pct"/>
          </w:tcPr>
          <w:p w14:paraId="7A44E0A3" w14:textId="77777777" w:rsidR="00B03235" w:rsidRPr="00B03235" w:rsidRDefault="00B03235" w:rsidP="001B47E3">
            <w:pPr>
              <w:pStyle w:val="ListParagraph"/>
              <w:numPr>
                <w:ilvl w:val="0"/>
                <w:numId w:val="13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3F6ABB49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34" w:type="pct"/>
          </w:tcPr>
          <w:p w14:paraId="7C9FB2E9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0F87A53A" w14:textId="77777777" w:rsidTr="00B03235">
        <w:tc>
          <w:tcPr>
            <w:tcW w:w="539" w:type="pct"/>
          </w:tcPr>
          <w:p w14:paraId="27126F83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094CC8F6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234" w:type="pct"/>
          </w:tcPr>
          <w:p w14:paraId="61C64D12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4A47C5B6" w14:textId="77777777" w:rsidTr="00B03235">
        <w:tc>
          <w:tcPr>
            <w:tcW w:w="539" w:type="pct"/>
          </w:tcPr>
          <w:p w14:paraId="61DA54F2" w14:textId="77777777" w:rsidR="00B03235" w:rsidRPr="00B03235" w:rsidRDefault="00B03235" w:rsidP="001B47E3">
            <w:pPr>
              <w:pStyle w:val="ListParagraph"/>
              <w:numPr>
                <w:ilvl w:val="0"/>
                <w:numId w:val="13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0FF9AE92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34" w:type="pct"/>
          </w:tcPr>
          <w:p w14:paraId="78AAC4AB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1AC1FE82" w14:textId="77777777" w:rsidTr="00B03235">
        <w:tc>
          <w:tcPr>
            <w:tcW w:w="539" w:type="pct"/>
          </w:tcPr>
          <w:p w14:paraId="3E78BF0B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3945E05D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234" w:type="pct"/>
          </w:tcPr>
          <w:p w14:paraId="48BD21AE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0F754A20" w14:textId="77777777" w:rsidTr="00B03235">
        <w:tc>
          <w:tcPr>
            <w:tcW w:w="539" w:type="pct"/>
          </w:tcPr>
          <w:p w14:paraId="1F4D8317" w14:textId="77777777" w:rsidR="00B03235" w:rsidRPr="00B03235" w:rsidRDefault="00B03235" w:rsidP="001B47E3">
            <w:pPr>
              <w:pStyle w:val="ListParagraph"/>
              <w:numPr>
                <w:ilvl w:val="0"/>
                <w:numId w:val="13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7BAAD63B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34" w:type="pct"/>
          </w:tcPr>
          <w:p w14:paraId="63E97D35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52B0D4ED" w14:textId="77777777" w:rsidTr="00B03235">
        <w:tc>
          <w:tcPr>
            <w:tcW w:w="539" w:type="pct"/>
          </w:tcPr>
          <w:p w14:paraId="21A9685F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7B15C792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34" w:type="pct"/>
          </w:tcPr>
          <w:p w14:paraId="0D961BB0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16FE5ED2" w14:textId="77777777" w:rsidTr="00B03235">
        <w:tc>
          <w:tcPr>
            <w:tcW w:w="539" w:type="pct"/>
          </w:tcPr>
          <w:p w14:paraId="64E56575" w14:textId="77777777" w:rsidR="00B03235" w:rsidRPr="00B03235" w:rsidRDefault="00B03235" w:rsidP="001B47E3">
            <w:pPr>
              <w:pStyle w:val="ListParagraph"/>
              <w:numPr>
                <w:ilvl w:val="0"/>
                <w:numId w:val="13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4F721FC8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34" w:type="pct"/>
          </w:tcPr>
          <w:p w14:paraId="683A132C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19DB057B" w14:textId="77777777" w:rsidTr="00B03235">
        <w:tc>
          <w:tcPr>
            <w:tcW w:w="539" w:type="pct"/>
          </w:tcPr>
          <w:p w14:paraId="37885DFB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058A28CC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234" w:type="pct"/>
          </w:tcPr>
          <w:p w14:paraId="204BDFF2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0A558FF5" w14:textId="77777777" w:rsidTr="00B03235">
        <w:tc>
          <w:tcPr>
            <w:tcW w:w="539" w:type="pct"/>
          </w:tcPr>
          <w:p w14:paraId="026E0CDD" w14:textId="77777777" w:rsidR="00B03235" w:rsidRPr="00B03235" w:rsidRDefault="00B03235" w:rsidP="001B47E3">
            <w:pPr>
              <w:pStyle w:val="ListParagraph"/>
              <w:numPr>
                <w:ilvl w:val="0"/>
                <w:numId w:val="13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52F03135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34" w:type="pct"/>
          </w:tcPr>
          <w:p w14:paraId="639C9D90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2561BDAD" w14:textId="77777777" w:rsidTr="00B03235">
        <w:tc>
          <w:tcPr>
            <w:tcW w:w="539" w:type="pct"/>
          </w:tcPr>
          <w:p w14:paraId="0F805A09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4A0ACF4E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34" w:type="pct"/>
          </w:tcPr>
          <w:p w14:paraId="1BBFBA7B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2FFFBB09" w14:textId="77777777" w:rsidTr="00B03235">
        <w:tc>
          <w:tcPr>
            <w:tcW w:w="539" w:type="pct"/>
          </w:tcPr>
          <w:p w14:paraId="31B66A25" w14:textId="77777777" w:rsidR="00B03235" w:rsidRPr="00B03235" w:rsidRDefault="00B03235" w:rsidP="001B47E3">
            <w:pPr>
              <w:pStyle w:val="ListParagraph"/>
              <w:numPr>
                <w:ilvl w:val="0"/>
                <w:numId w:val="13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3E12CE2E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34" w:type="pct"/>
          </w:tcPr>
          <w:p w14:paraId="727C9226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166F5672" w14:textId="77777777" w:rsidTr="00B03235">
        <w:tc>
          <w:tcPr>
            <w:tcW w:w="539" w:type="pct"/>
          </w:tcPr>
          <w:p w14:paraId="00B70C3C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095D039C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34" w:type="pct"/>
          </w:tcPr>
          <w:p w14:paraId="506038C9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10665B33" w14:textId="77777777" w:rsidTr="00B03235">
        <w:tc>
          <w:tcPr>
            <w:tcW w:w="539" w:type="pct"/>
          </w:tcPr>
          <w:p w14:paraId="4853FFEC" w14:textId="77777777" w:rsidR="00B03235" w:rsidRPr="00B03235" w:rsidRDefault="00B03235" w:rsidP="001B47E3">
            <w:pPr>
              <w:pStyle w:val="ListParagraph"/>
              <w:numPr>
                <w:ilvl w:val="0"/>
                <w:numId w:val="13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598DD687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34" w:type="pct"/>
          </w:tcPr>
          <w:p w14:paraId="316BD20F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68434842" w14:textId="77777777" w:rsidTr="00B03235">
        <w:tc>
          <w:tcPr>
            <w:tcW w:w="539" w:type="pct"/>
          </w:tcPr>
          <w:p w14:paraId="41C56D86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4E0777C9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34" w:type="pct"/>
          </w:tcPr>
          <w:p w14:paraId="0F8B2626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55C193AB" w14:textId="77777777" w:rsidTr="00B03235">
        <w:tc>
          <w:tcPr>
            <w:tcW w:w="539" w:type="pct"/>
          </w:tcPr>
          <w:p w14:paraId="7837FE9D" w14:textId="77777777" w:rsidR="00B03235" w:rsidRPr="00B03235" w:rsidRDefault="00B03235" w:rsidP="001B47E3">
            <w:pPr>
              <w:pStyle w:val="ListParagraph"/>
              <w:numPr>
                <w:ilvl w:val="0"/>
                <w:numId w:val="13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172FC9CB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34" w:type="pct"/>
          </w:tcPr>
          <w:p w14:paraId="1F5D34DC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2DA21EBF" w14:textId="77777777" w:rsidTr="00B03235">
        <w:tc>
          <w:tcPr>
            <w:tcW w:w="539" w:type="pct"/>
          </w:tcPr>
          <w:p w14:paraId="7E4AE65A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1A7405BB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234" w:type="pct"/>
          </w:tcPr>
          <w:p w14:paraId="700C944C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664E5444" w14:textId="77777777" w:rsidTr="00B03235">
        <w:tc>
          <w:tcPr>
            <w:tcW w:w="539" w:type="pct"/>
          </w:tcPr>
          <w:p w14:paraId="3F825808" w14:textId="77777777" w:rsidR="00B03235" w:rsidRPr="00B03235" w:rsidRDefault="00B03235" w:rsidP="001B47E3">
            <w:pPr>
              <w:pStyle w:val="ListParagraph"/>
              <w:numPr>
                <w:ilvl w:val="0"/>
                <w:numId w:val="13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06781229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34" w:type="pct"/>
          </w:tcPr>
          <w:p w14:paraId="475D6DE9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0C240A8D" w14:textId="77777777" w:rsidTr="00B03235">
        <w:tc>
          <w:tcPr>
            <w:tcW w:w="539" w:type="pct"/>
          </w:tcPr>
          <w:p w14:paraId="66039FA0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340F9EAF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234" w:type="pct"/>
          </w:tcPr>
          <w:p w14:paraId="56476615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33ADC647" w14:textId="77777777" w:rsidTr="00B03235">
        <w:tc>
          <w:tcPr>
            <w:tcW w:w="539" w:type="pct"/>
          </w:tcPr>
          <w:p w14:paraId="5DB56B4F" w14:textId="77777777" w:rsidR="00B03235" w:rsidRPr="00B03235" w:rsidRDefault="00B03235" w:rsidP="001B47E3">
            <w:pPr>
              <w:pStyle w:val="ListParagraph"/>
              <w:numPr>
                <w:ilvl w:val="0"/>
                <w:numId w:val="13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13E2965C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34" w:type="pct"/>
          </w:tcPr>
          <w:p w14:paraId="76AF0708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7CA57AC6" w14:textId="77777777" w:rsidTr="00B03235">
        <w:tc>
          <w:tcPr>
            <w:tcW w:w="539" w:type="pct"/>
            <w:shd w:val="clear" w:color="auto" w:fill="DDD9C3" w:themeFill="background2" w:themeFillShade="E6"/>
          </w:tcPr>
          <w:p w14:paraId="2C9C5BC0" w14:textId="77777777" w:rsidR="00B03235" w:rsidRPr="00635299" w:rsidRDefault="00B03235" w:rsidP="001B47E3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7" w:type="pct"/>
            <w:shd w:val="clear" w:color="auto" w:fill="DDD9C3" w:themeFill="background2" w:themeFillShade="E6"/>
          </w:tcPr>
          <w:p w14:paraId="057892F2" w14:textId="048752E0" w:rsidR="00B03235" w:rsidRPr="00635299" w:rsidRDefault="00B03235" w:rsidP="001B47E3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635299">
              <w:rPr>
                <w:rFonts w:ascii="Times New Roman" w:hAnsi="Times New Roman" w:cs="Times New Roman"/>
                <w:b/>
              </w:rPr>
              <w:t>Books</w:t>
            </w:r>
            <w:r w:rsidR="00BC10B3">
              <w:rPr>
                <w:rFonts w:ascii="Times New Roman" w:hAnsi="Times New Roman" w:cs="Times New Roman"/>
                <w:b/>
              </w:rPr>
              <w:t xml:space="preserve"> / </w:t>
            </w:r>
            <w:r w:rsidR="00BC10B3" w:rsidRPr="00635299">
              <w:rPr>
                <w:rFonts w:ascii="Times New Roman" w:hAnsi="Times New Roman" w:cs="Times New Roman"/>
                <w:b/>
              </w:rPr>
              <w:t>Book Chapters</w:t>
            </w:r>
            <w:r w:rsidR="00E0536E">
              <w:rPr>
                <w:rFonts w:ascii="Times New Roman" w:hAnsi="Times New Roman" w:cs="Times New Roman"/>
                <w:b/>
              </w:rPr>
              <w:t xml:space="preserve"> </w:t>
            </w:r>
            <w:r w:rsidR="00E0536E">
              <w:rPr>
                <w:rFonts w:ascii="Times New Roman" w:hAnsi="Times New Roman" w:cs="Times New Roman"/>
                <w:b/>
              </w:rPr>
              <w:t>(Optional)</w:t>
            </w:r>
          </w:p>
        </w:tc>
        <w:tc>
          <w:tcPr>
            <w:tcW w:w="1234" w:type="pct"/>
            <w:shd w:val="clear" w:color="auto" w:fill="DDD9C3" w:themeFill="background2" w:themeFillShade="E6"/>
          </w:tcPr>
          <w:p w14:paraId="7DA9F83F" w14:textId="77777777" w:rsidR="00B03235" w:rsidRPr="00635299" w:rsidRDefault="00B03235" w:rsidP="001B47E3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</w:tr>
      <w:tr w:rsidR="00B03235" w:rsidRPr="002A664E" w14:paraId="504A15C2" w14:textId="77777777" w:rsidTr="00B03235">
        <w:tc>
          <w:tcPr>
            <w:tcW w:w="539" w:type="pct"/>
          </w:tcPr>
          <w:p w14:paraId="736401BA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5EA329E4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34" w:type="pct"/>
          </w:tcPr>
          <w:p w14:paraId="348AEA45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05FBF392" w14:textId="77777777" w:rsidTr="00B03235">
        <w:tc>
          <w:tcPr>
            <w:tcW w:w="539" w:type="pct"/>
          </w:tcPr>
          <w:p w14:paraId="45319243" w14:textId="77777777" w:rsidR="00B03235" w:rsidRPr="00B03235" w:rsidRDefault="00B03235" w:rsidP="001B47E3">
            <w:pPr>
              <w:pStyle w:val="ListParagraph"/>
              <w:numPr>
                <w:ilvl w:val="0"/>
                <w:numId w:val="14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19C4E591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34" w:type="pct"/>
          </w:tcPr>
          <w:p w14:paraId="31A79B42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4D2758FA" w14:textId="77777777" w:rsidTr="00B03235">
        <w:tc>
          <w:tcPr>
            <w:tcW w:w="539" w:type="pct"/>
          </w:tcPr>
          <w:p w14:paraId="2DBBCB2F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186E84D2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34" w:type="pct"/>
          </w:tcPr>
          <w:p w14:paraId="62EA2F59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0DBDAA00" w14:textId="77777777" w:rsidTr="00B03235">
        <w:tc>
          <w:tcPr>
            <w:tcW w:w="539" w:type="pct"/>
          </w:tcPr>
          <w:p w14:paraId="798D3B05" w14:textId="77777777" w:rsidR="00B03235" w:rsidRPr="00B03235" w:rsidRDefault="00B03235" w:rsidP="001B47E3">
            <w:pPr>
              <w:pStyle w:val="ListParagraph"/>
              <w:numPr>
                <w:ilvl w:val="0"/>
                <w:numId w:val="14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3A1E249B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34" w:type="pct"/>
          </w:tcPr>
          <w:p w14:paraId="316F1677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744E5A56" w14:textId="77777777" w:rsidTr="00B03235">
        <w:tc>
          <w:tcPr>
            <w:tcW w:w="539" w:type="pct"/>
          </w:tcPr>
          <w:p w14:paraId="402F8283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79AEC47C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34" w:type="pct"/>
          </w:tcPr>
          <w:p w14:paraId="40B4D4A3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574E0F5B" w14:textId="77777777" w:rsidTr="00B03235">
        <w:tc>
          <w:tcPr>
            <w:tcW w:w="539" w:type="pct"/>
          </w:tcPr>
          <w:p w14:paraId="4BF2142E" w14:textId="77777777" w:rsidR="00B03235" w:rsidRPr="00B03235" w:rsidRDefault="00B03235" w:rsidP="00A03D50">
            <w:pPr>
              <w:pStyle w:val="ListParagraph"/>
              <w:numPr>
                <w:ilvl w:val="0"/>
                <w:numId w:val="14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20FCF451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34" w:type="pct"/>
          </w:tcPr>
          <w:p w14:paraId="23358578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4C753AAB" w14:textId="77777777" w:rsidTr="00B03235">
        <w:tc>
          <w:tcPr>
            <w:tcW w:w="539" w:type="pct"/>
          </w:tcPr>
          <w:p w14:paraId="68AFE9D4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3FAA46B4" w14:textId="1C85F576" w:rsidR="00B03235" w:rsidRPr="002A664E" w:rsidRDefault="00A03D50" w:rsidP="001B47E3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234" w:type="pct"/>
          </w:tcPr>
          <w:p w14:paraId="02673552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03235" w:rsidRPr="002A664E" w14:paraId="02E21AF0" w14:textId="77777777" w:rsidTr="00B03235">
        <w:tc>
          <w:tcPr>
            <w:tcW w:w="539" w:type="pct"/>
          </w:tcPr>
          <w:p w14:paraId="48588E96" w14:textId="77777777" w:rsidR="00B03235" w:rsidRPr="00B03235" w:rsidRDefault="00B03235" w:rsidP="00A03D50">
            <w:pPr>
              <w:pStyle w:val="ListParagraph"/>
              <w:numPr>
                <w:ilvl w:val="0"/>
                <w:numId w:val="14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3227" w:type="pct"/>
          </w:tcPr>
          <w:p w14:paraId="0862E085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34" w:type="pct"/>
          </w:tcPr>
          <w:p w14:paraId="544C017E" w14:textId="77777777" w:rsidR="00B03235" w:rsidRPr="002A664E" w:rsidRDefault="00B03235" w:rsidP="001B47E3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37302CB3" w14:textId="77777777" w:rsidR="00FA091A" w:rsidRPr="00F23BDB" w:rsidRDefault="00FA091A" w:rsidP="0074717E">
      <w:pPr>
        <w:pStyle w:val="Heading1"/>
        <w:spacing w:before="0" w:line="240" w:lineRule="auto"/>
        <w:rPr>
          <w:rFonts w:ascii="Times New Roman" w:hAnsi="Times New Roman" w:cs="Times New Roman"/>
          <w:sz w:val="14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85D9B" w:rsidRPr="002A664E" w14:paraId="13772BF5" w14:textId="77777777" w:rsidTr="00147FE2">
        <w:tc>
          <w:tcPr>
            <w:tcW w:w="11016" w:type="dxa"/>
            <w:shd w:val="clear" w:color="auto" w:fill="244061" w:themeFill="accent1" w:themeFillShade="80"/>
          </w:tcPr>
          <w:p w14:paraId="4E2F9BC1" w14:textId="23B91D46" w:rsidR="00835810" w:rsidRPr="002A664E" w:rsidRDefault="00410D39" w:rsidP="00410D39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>Citations</w:t>
            </w:r>
            <w:r w:rsidR="0031521A"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="00BC10B3">
              <w:rPr>
                <w:rFonts w:ascii="Times New Roman" w:hAnsi="Times New Roman" w:cs="Times New Roman"/>
                <w:color w:val="FFFFFF" w:themeColor="background1"/>
              </w:rPr>
              <w:t>[To date (please mention date</w:t>
            </w:r>
            <w:r w:rsidR="0031521A">
              <w:rPr>
                <w:rFonts w:ascii="Times New Roman" w:hAnsi="Times New Roman" w:cs="Times New Roman"/>
                <w:color w:val="FFFFFF" w:themeColor="background1"/>
              </w:rPr>
              <w:t>)</w:t>
            </w:r>
            <w:r w:rsidR="00BC10B3">
              <w:rPr>
                <w:rFonts w:ascii="Times New Roman" w:hAnsi="Times New Roman" w:cs="Times New Roman"/>
                <w:color w:val="FFFFFF" w:themeColor="background1"/>
              </w:rPr>
              <w:t>]</w:t>
            </w:r>
          </w:p>
        </w:tc>
      </w:tr>
    </w:tbl>
    <w:p w14:paraId="5DDE1E9C" w14:textId="77777777" w:rsidR="00835810" w:rsidRPr="001746BC" w:rsidRDefault="00835810" w:rsidP="007E4DE4">
      <w:pPr>
        <w:keepNext/>
        <w:keepLines/>
        <w:spacing w:after="0"/>
        <w:outlineLvl w:val="0"/>
        <w:rPr>
          <w:rFonts w:ascii="Times New Roman" w:hAnsi="Times New Roman" w:cs="Times New Roman"/>
          <w:sz w:val="10"/>
        </w:rPr>
      </w:pPr>
    </w:p>
    <w:tbl>
      <w:tblPr>
        <w:tblStyle w:val="TableGrid1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5501"/>
        <w:gridCol w:w="5289"/>
      </w:tblGrid>
      <w:tr w:rsidR="00410D39" w:rsidRPr="002A664E" w14:paraId="697F729D" w14:textId="77777777" w:rsidTr="00112B4C">
        <w:tc>
          <w:tcPr>
            <w:tcW w:w="5000" w:type="pct"/>
            <w:gridSpan w:val="2"/>
            <w:shd w:val="clear" w:color="auto" w:fill="DDD9C3" w:themeFill="background2" w:themeFillShade="E6"/>
            <w:vAlign w:val="center"/>
          </w:tcPr>
          <w:p w14:paraId="2D4920E3" w14:textId="77777777" w:rsidR="00410D39" w:rsidRPr="002A664E" w:rsidRDefault="00410D39" w:rsidP="00635299">
            <w:pPr>
              <w:spacing w:before="40" w:after="40"/>
              <w:rPr>
                <w:rFonts w:ascii="Times New Roman" w:eastAsia="Tw Cen MT" w:hAnsi="Times New Roman" w:cs="Times New Roman"/>
                <w:b/>
                <w:iCs/>
                <w:color w:val="C45911"/>
                <w:sz w:val="24"/>
                <w:szCs w:val="24"/>
                <w:lang w:eastAsia="ja-JP"/>
              </w:rPr>
            </w:pPr>
            <w:r w:rsidRPr="00410D39">
              <w:rPr>
                <w:rFonts w:ascii="Times New Roman" w:eastAsia="Tw Cen MT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ja-JP"/>
              </w:rPr>
              <w:t xml:space="preserve">Google Scholar </w:t>
            </w:r>
          </w:p>
        </w:tc>
      </w:tr>
      <w:tr w:rsidR="00410D39" w:rsidRPr="002A664E" w14:paraId="4020C37E" w14:textId="77777777" w:rsidTr="00112B4C">
        <w:tc>
          <w:tcPr>
            <w:tcW w:w="2549" w:type="pct"/>
            <w:vAlign w:val="center"/>
          </w:tcPr>
          <w:p w14:paraId="595CDC2E" w14:textId="77777777" w:rsidR="00410D39" w:rsidRPr="002A664E" w:rsidRDefault="00410D39" w:rsidP="00112B4C">
            <w:pPr>
              <w:spacing w:before="40" w:after="40"/>
              <w:rPr>
                <w:rFonts w:ascii="Times New Roman" w:eastAsia="Tw Cen MT" w:hAnsi="Times New Roman" w:cs="Times New Roman"/>
                <w:bCs/>
                <w:iCs/>
                <w:color w:val="000000"/>
                <w:sz w:val="24"/>
                <w:szCs w:val="24"/>
                <w:lang w:eastAsia="ja-JP"/>
              </w:rPr>
            </w:pPr>
            <w:r w:rsidRPr="002A664E">
              <w:rPr>
                <w:rFonts w:ascii="Times New Roman" w:eastAsia="Tw Cen MT" w:hAnsi="Times New Roman" w:cs="Times New Roman"/>
                <w:bCs/>
                <w:iCs/>
                <w:color w:val="000000"/>
                <w:sz w:val="24"/>
                <w:szCs w:val="24"/>
                <w:lang w:eastAsia="ja-JP"/>
              </w:rPr>
              <w:t>Citations</w:t>
            </w:r>
          </w:p>
        </w:tc>
        <w:tc>
          <w:tcPr>
            <w:tcW w:w="2451" w:type="pct"/>
            <w:vAlign w:val="center"/>
          </w:tcPr>
          <w:p w14:paraId="5A77C72C" w14:textId="77777777" w:rsidR="00410D39" w:rsidRPr="002A664E" w:rsidRDefault="00410D39" w:rsidP="00112B4C">
            <w:pPr>
              <w:spacing w:before="40" w:after="40"/>
              <w:rPr>
                <w:rFonts w:ascii="Times New Roman" w:eastAsia="Tw Cen MT" w:hAnsi="Times New Roman" w:cs="Times New Roman"/>
                <w:b/>
                <w:iCs/>
                <w:color w:val="C45911"/>
                <w:sz w:val="24"/>
                <w:szCs w:val="24"/>
                <w:lang w:eastAsia="ja-JP"/>
              </w:rPr>
            </w:pPr>
          </w:p>
        </w:tc>
      </w:tr>
      <w:tr w:rsidR="00FA091A" w:rsidRPr="002A664E" w14:paraId="55C6A5C4" w14:textId="77777777" w:rsidTr="00112B4C">
        <w:tc>
          <w:tcPr>
            <w:tcW w:w="2549" w:type="pct"/>
            <w:vAlign w:val="center"/>
          </w:tcPr>
          <w:p w14:paraId="43F890D0" w14:textId="77777777" w:rsidR="00FA091A" w:rsidRPr="002A664E" w:rsidRDefault="00FA091A" w:rsidP="00112B4C">
            <w:pPr>
              <w:spacing w:before="40" w:after="40" w:line="276" w:lineRule="auto"/>
              <w:rPr>
                <w:rFonts w:ascii="Times New Roman" w:eastAsia="Tw Cen MT" w:hAnsi="Times New Roman" w:cs="Times New Roman"/>
                <w:bCs/>
                <w:iCs/>
                <w:color w:val="000000"/>
                <w:sz w:val="24"/>
                <w:szCs w:val="24"/>
                <w:lang w:val="en-GB" w:eastAsia="ja-JP"/>
              </w:rPr>
            </w:pPr>
            <w:r w:rsidRPr="002A664E">
              <w:rPr>
                <w:rFonts w:ascii="Times New Roman" w:eastAsia="Tw Cen MT" w:hAnsi="Times New Roman" w:cs="Times New Roman"/>
                <w:bCs/>
                <w:iCs/>
                <w:color w:val="000000"/>
                <w:sz w:val="24"/>
                <w:szCs w:val="24"/>
                <w:lang w:val="en-GB" w:eastAsia="ja-JP"/>
              </w:rPr>
              <w:t>Publications</w:t>
            </w:r>
          </w:p>
        </w:tc>
        <w:tc>
          <w:tcPr>
            <w:tcW w:w="2451" w:type="pct"/>
            <w:vAlign w:val="center"/>
          </w:tcPr>
          <w:p w14:paraId="31D865D0" w14:textId="77777777" w:rsidR="00FA091A" w:rsidRPr="002A664E" w:rsidRDefault="00FA091A" w:rsidP="00112B4C">
            <w:pPr>
              <w:spacing w:before="40" w:after="40" w:line="276" w:lineRule="auto"/>
              <w:rPr>
                <w:rFonts w:ascii="Times New Roman" w:eastAsia="Tw Cen MT" w:hAnsi="Times New Roman" w:cs="Times New Roman"/>
                <w:b/>
                <w:iCs/>
                <w:color w:val="C00000"/>
                <w:sz w:val="24"/>
                <w:szCs w:val="24"/>
                <w:lang w:eastAsia="ja-JP"/>
              </w:rPr>
            </w:pPr>
          </w:p>
        </w:tc>
      </w:tr>
      <w:tr w:rsidR="00FA091A" w:rsidRPr="002A664E" w14:paraId="1046B69A" w14:textId="77777777" w:rsidTr="00112B4C">
        <w:tc>
          <w:tcPr>
            <w:tcW w:w="2549" w:type="pct"/>
            <w:vAlign w:val="center"/>
          </w:tcPr>
          <w:p w14:paraId="40D23BCD" w14:textId="77777777" w:rsidR="00FA091A" w:rsidRPr="002A664E" w:rsidRDefault="00FA091A" w:rsidP="00112B4C">
            <w:pPr>
              <w:spacing w:before="40" w:after="40" w:line="276" w:lineRule="auto"/>
              <w:rPr>
                <w:rFonts w:ascii="Times New Roman" w:eastAsia="Tw Cen MT" w:hAnsi="Times New Roman" w:cs="Times New Roman"/>
                <w:bCs/>
                <w:iCs/>
                <w:color w:val="000000"/>
                <w:sz w:val="24"/>
                <w:szCs w:val="24"/>
                <w:lang w:eastAsia="ja-JP"/>
              </w:rPr>
            </w:pPr>
            <w:r w:rsidRPr="002A664E">
              <w:rPr>
                <w:rFonts w:ascii="Times New Roman" w:eastAsia="Tw Cen MT" w:hAnsi="Times New Roman" w:cs="Times New Roman"/>
                <w:bCs/>
                <w:iCs/>
                <w:color w:val="000000"/>
                <w:sz w:val="24"/>
                <w:szCs w:val="24"/>
                <w:lang w:eastAsia="ja-JP"/>
              </w:rPr>
              <w:t>h-index</w:t>
            </w:r>
          </w:p>
        </w:tc>
        <w:tc>
          <w:tcPr>
            <w:tcW w:w="2451" w:type="pct"/>
            <w:vAlign w:val="center"/>
          </w:tcPr>
          <w:p w14:paraId="5C4CFB04" w14:textId="77777777" w:rsidR="00FA091A" w:rsidRPr="002A664E" w:rsidRDefault="00FA091A" w:rsidP="00112B4C">
            <w:pPr>
              <w:spacing w:before="40" w:after="40" w:line="276" w:lineRule="auto"/>
              <w:rPr>
                <w:rFonts w:ascii="Times New Roman" w:eastAsia="Tw Cen MT" w:hAnsi="Times New Roman" w:cs="Times New Roman"/>
                <w:bCs/>
                <w:iCs/>
                <w:color w:val="000000"/>
                <w:sz w:val="24"/>
                <w:szCs w:val="24"/>
                <w:lang w:val="en-GB" w:eastAsia="ja-JP"/>
              </w:rPr>
            </w:pPr>
          </w:p>
        </w:tc>
      </w:tr>
      <w:tr w:rsidR="00FA091A" w:rsidRPr="002A664E" w14:paraId="1BF2E604" w14:textId="77777777" w:rsidTr="00112B4C">
        <w:tc>
          <w:tcPr>
            <w:tcW w:w="2549" w:type="pct"/>
            <w:vAlign w:val="center"/>
          </w:tcPr>
          <w:p w14:paraId="03D7E5E0" w14:textId="77777777" w:rsidR="00FA091A" w:rsidRPr="002A664E" w:rsidRDefault="00FA091A" w:rsidP="00112B4C">
            <w:pPr>
              <w:spacing w:before="40" w:after="40" w:line="276" w:lineRule="auto"/>
              <w:rPr>
                <w:rFonts w:ascii="Times New Roman" w:eastAsia="Tw Cen MT" w:hAnsi="Times New Roman" w:cs="Times New Roman"/>
                <w:bCs/>
                <w:iCs/>
                <w:color w:val="000000"/>
                <w:sz w:val="24"/>
                <w:szCs w:val="24"/>
                <w:lang w:eastAsia="ja-JP"/>
              </w:rPr>
            </w:pPr>
            <w:r w:rsidRPr="002A664E">
              <w:rPr>
                <w:rFonts w:ascii="Times New Roman" w:eastAsia="Tw Cen MT" w:hAnsi="Times New Roman" w:cs="Times New Roman"/>
                <w:bCs/>
                <w:iCs/>
                <w:color w:val="000000"/>
                <w:sz w:val="24"/>
                <w:szCs w:val="24"/>
                <w:lang w:eastAsia="ja-JP"/>
              </w:rPr>
              <w:t>i-10 index</w:t>
            </w:r>
          </w:p>
        </w:tc>
        <w:tc>
          <w:tcPr>
            <w:tcW w:w="2451" w:type="pct"/>
            <w:vAlign w:val="center"/>
          </w:tcPr>
          <w:p w14:paraId="0C9A7122" w14:textId="77777777" w:rsidR="00FA091A" w:rsidRPr="002A664E" w:rsidRDefault="00FA091A" w:rsidP="00112B4C">
            <w:pPr>
              <w:spacing w:before="40" w:after="40" w:line="276" w:lineRule="auto"/>
              <w:rPr>
                <w:rFonts w:ascii="Times New Roman" w:eastAsia="Tw Cen MT" w:hAnsi="Times New Roman" w:cs="Times New Roman"/>
                <w:bCs/>
                <w:iCs/>
                <w:color w:val="000000"/>
                <w:sz w:val="24"/>
                <w:szCs w:val="24"/>
                <w:lang w:val="en-GB" w:eastAsia="ja-JP"/>
              </w:rPr>
            </w:pPr>
          </w:p>
        </w:tc>
      </w:tr>
      <w:tr w:rsidR="00410D39" w:rsidRPr="002A664E" w14:paraId="4C2A1C15" w14:textId="77777777" w:rsidTr="00112B4C">
        <w:tc>
          <w:tcPr>
            <w:tcW w:w="5000" w:type="pct"/>
            <w:gridSpan w:val="2"/>
            <w:shd w:val="clear" w:color="auto" w:fill="DDD9C3" w:themeFill="background2" w:themeFillShade="E6"/>
            <w:vAlign w:val="center"/>
          </w:tcPr>
          <w:p w14:paraId="506EF7ED" w14:textId="7C799D85" w:rsidR="00410D39" w:rsidRPr="00410D39" w:rsidRDefault="00BC10B3" w:rsidP="00112B4C">
            <w:pPr>
              <w:spacing w:before="40" w:after="40"/>
              <w:rPr>
                <w:rFonts w:ascii="Times New Roman" w:eastAsia="Tw Cen MT" w:hAnsi="Times New Roman" w:cs="Times New Roman"/>
                <w:b/>
                <w:bCs/>
                <w:iCs/>
                <w:color w:val="000000"/>
                <w:sz w:val="24"/>
                <w:szCs w:val="24"/>
                <w:lang w:val="en-GB" w:eastAsia="ja-JP"/>
              </w:rPr>
            </w:pPr>
            <w:r>
              <w:rPr>
                <w:rFonts w:ascii="Times New Roman" w:eastAsia="Tw Cen MT" w:hAnsi="Times New Roman" w:cs="Times New Roman"/>
                <w:b/>
                <w:bCs/>
                <w:iCs/>
                <w:color w:val="000000"/>
                <w:sz w:val="24"/>
                <w:szCs w:val="24"/>
                <w:lang w:eastAsia="ja-JP"/>
              </w:rPr>
              <w:t xml:space="preserve">Scopus / </w:t>
            </w:r>
            <w:r w:rsidR="00410D39" w:rsidRPr="00410D39">
              <w:rPr>
                <w:rFonts w:ascii="Times New Roman" w:eastAsia="Tw Cen MT" w:hAnsi="Times New Roman" w:cs="Times New Roman"/>
                <w:b/>
                <w:bCs/>
                <w:iCs/>
                <w:color w:val="000000"/>
                <w:sz w:val="24"/>
                <w:szCs w:val="24"/>
                <w:lang w:eastAsia="ja-JP"/>
              </w:rPr>
              <w:t xml:space="preserve">Web of Science </w:t>
            </w:r>
          </w:p>
        </w:tc>
      </w:tr>
      <w:tr w:rsidR="00410D39" w:rsidRPr="002A664E" w14:paraId="0ED060CF" w14:textId="77777777" w:rsidTr="00112B4C">
        <w:tc>
          <w:tcPr>
            <w:tcW w:w="2549" w:type="pct"/>
            <w:vAlign w:val="center"/>
          </w:tcPr>
          <w:p w14:paraId="06843B6E" w14:textId="77777777" w:rsidR="00410D39" w:rsidRPr="002A664E" w:rsidRDefault="00410D39" w:rsidP="00112B4C">
            <w:pPr>
              <w:spacing w:before="40" w:after="40" w:line="276" w:lineRule="auto"/>
              <w:rPr>
                <w:rFonts w:ascii="Times New Roman" w:eastAsia="Tw Cen MT" w:hAnsi="Times New Roman" w:cs="Times New Roman"/>
                <w:bCs/>
                <w:iCs/>
                <w:color w:val="C45911"/>
                <w:sz w:val="24"/>
                <w:szCs w:val="24"/>
                <w:lang w:eastAsia="ja-JP"/>
              </w:rPr>
            </w:pPr>
            <w:r w:rsidRPr="002A664E">
              <w:rPr>
                <w:rFonts w:ascii="Times New Roman" w:eastAsia="Tw Cen MT" w:hAnsi="Times New Roman" w:cs="Times New Roman"/>
                <w:bCs/>
                <w:iCs/>
                <w:color w:val="000000"/>
                <w:sz w:val="24"/>
                <w:szCs w:val="24"/>
                <w:lang w:eastAsia="ja-JP"/>
              </w:rPr>
              <w:t>Citations</w:t>
            </w:r>
          </w:p>
        </w:tc>
        <w:tc>
          <w:tcPr>
            <w:tcW w:w="2451" w:type="pct"/>
            <w:vAlign w:val="center"/>
          </w:tcPr>
          <w:p w14:paraId="19E8B0B9" w14:textId="77777777" w:rsidR="00410D39" w:rsidRPr="002A664E" w:rsidRDefault="00410D39" w:rsidP="00112B4C">
            <w:pPr>
              <w:spacing w:before="40" w:after="40"/>
              <w:rPr>
                <w:rFonts w:ascii="Times New Roman" w:eastAsia="Tw Cen MT" w:hAnsi="Times New Roman" w:cs="Times New Roman"/>
                <w:bCs/>
                <w:iCs/>
                <w:color w:val="000000"/>
                <w:sz w:val="24"/>
                <w:szCs w:val="24"/>
                <w:lang w:val="en-GB" w:eastAsia="ja-JP"/>
              </w:rPr>
            </w:pPr>
          </w:p>
        </w:tc>
      </w:tr>
      <w:tr w:rsidR="00410D39" w:rsidRPr="002A664E" w14:paraId="3649FE2C" w14:textId="77777777" w:rsidTr="00112B4C">
        <w:tc>
          <w:tcPr>
            <w:tcW w:w="2549" w:type="pct"/>
            <w:vAlign w:val="center"/>
          </w:tcPr>
          <w:p w14:paraId="6B1E9021" w14:textId="77777777" w:rsidR="00410D39" w:rsidRPr="002A664E" w:rsidRDefault="00410D39" w:rsidP="00112B4C">
            <w:pPr>
              <w:spacing w:before="40" w:line="276" w:lineRule="auto"/>
              <w:rPr>
                <w:rFonts w:ascii="Times New Roman" w:eastAsia="Tw Cen MT" w:hAnsi="Times New Roman" w:cs="Times New Roman"/>
                <w:bCs/>
                <w:iCs/>
                <w:color w:val="000000"/>
                <w:sz w:val="24"/>
                <w:szCs w:val="24"/>
                <w:lang w:val="en-GB" w:eastAsia="ja-JP"/>
              </w:rPr>
            </w:pPr>
            <w:r w:rsidRPr="002A664E">
              <w:rPr>
                <w:rFonts w:ascii="Times New Roman" w:eastAsia="Tw Cen MT" w:hAnsi="Times New Roman" w:cs="Times New Roman"/>
                <w:bCs/>
                <w:iCs/>
                <w:color w:val="000000"/>
                <w:sz w:val="24"/>
                <w:szCs w:val="24"/>
                <w:lang w:val="en-GB" w:eastAsia="ja-JP"/>
              </w:rPr>
              <w:t>Publications</w:t>
            </w:r>
          </w:p>
        </w:tc>
        <w:tc>
          <w:tcPr>
            <w:tcW w:w="2451" w:type="pct"/>
            <w:vAlign w:val="center"/>
          </w:tcPr>
          <w:p w14:paraId="0E8C4544" w14:textId="77777777" w:rsidR="00410D39" w:rsidRPr="002A664E" w:rsidRDefault="00410D39" w:rsidP="00112B4C">
            <w:pPr>
              <w:spacing w:before="40"/>
              <w:rPr>
                <w:rFonts w:ascii="Times New Roman" w:eastAsia="Tw Cen MT" w:hAnsi="Times New Roman" w:cs="Times New Roman"/>
                <w:bCs/>
                <w:iCs/>
                <w:color w:val="000000"/>
                <w:sz w:val="24"/>
                <w:szCs w:val="24"/>
                <w:lang w:val="en-GB" w:eastAsia="ja-JP"/>
              </w:rPr>
            </w:pPr>
          </w:p>
        </w:tc>
      </w:tr>
      <w:tr w:rsidR="00410D39" w:rsidRPr="002A664E" w14:paraId="75DA8DD4" w14:textId="77777777" w:rsidTr="00112B4C">
        <w:tc>
          <w:tcPr>
            <w:tcW w:w="2549" w:type="pct"/>
            <w:vAlign w:val="center"/>
          </w:tcPr>
          <w:p w14:paraId="4FA8A7DD" w14:textId="77777777" w:rsidR="00410D39" w:rsidRPr="002A664E" w:rsidRDefault="00410D39" w:rsidP="00112B4C">
            <w:pPr>
              <w:spacing w:before="40" w:line="276" w:lineRule="auto"/>
              <w:rPr>
                <w:rFonts w:ascii="Times New Roman" w:eastAsia="Tw Cen MT" w:hAnsi="Times New Roman" w:cs="Times New Roman"/>
                <w:bCs/>
                <w:iCs/>
                <w:color w:val="000000"/>
                <w:sz w:val="24"/>
                <w:szCs w:val="24"/>
                <w:lang w:eastAsia="ja-JP"/>
              </w:rPr>
            </w:pPr>
            <w:r w:rsidRPr="002A664E">
              <w:rPr>
                <w:rFonts w:ascii="Times New Roman" w:eastAsia="Tw Cen MT" w:hAnsi="Times New Roman" w:cs="Times New Roman"/>
                <w:bCs/>
                <w:iCs/>
                <w:color w:val="000000"/>
                <w:sz w:val="24"/>
                <w:szCs w:val="24"/>
                <w:lang w:eastAsia="ja-JP"/>
              </w:rPr>
              <w:t>h-index</w:t>
            </w:r>
          </w:p>
        </w:tc>
        <w:tc>
          <w:tcPr>
            <w:tcW w:w="2451" w:type="pct"/>
            <w:vAlign w:val="center"/>
          </w:tcPr>
          <w:p w14:paraId="143CA6E0" w14:textId="77777777" w:rsidR="00410D39" w:rsidRPr="002A664E" w:rsidRDefault="00410D39" w:rsidP="00112B4C">
            <w:pPr>
              <w:spacing w:before="40"/>
              <w:rPr>
                <w:rFonts w:ascii="Times New Roman" w:eastAsia="Tw Cen MT" w:hAnsi="Times New Roman" w:cs="Times New Roman"/>
                <w:bCs/>
                <w:iCs/>
                <w:color w:val="000000"/>
                <w:sz w:val="24"/>
                <w:szCs w:val="24"/>
                <w:lang w:val="en-GB" w:eastAsia="ja-JP"/>
              </w:rPr>
            </w:pPr>
          </w:p>
        </w:tc>
      </w:tr>
    </w:tbl>
    <w:p w14:paraId="5C7FEF88" w14:textId="77777777" w:rsidR="00D35B8B" w:rsidRPr="00485B4A" w:rsidRDefault="00D35B8B" w:rsidP="0074717E">
      <w:pPr>
        <w:pStyle w:val="Heading1"/>
        <w:spacing w:before="0" w:line="240" w:lineRule="auto"/>
        <w:rPr>
          <w:rFonts w:ascii="Times New Roman" w:hAnsi="Times New Roman" w:cs="Times New Roman"/>
          <w:sz w:val="8"/>
        </w:rPr>
      </w:pPr>
    </w:p>
    <w:p w14:paraId="33151571" w14:textId="77777777" w:rsidR="00D35B8B" w:rsidRPr="001746BC" w:rsidRDefault="00D35B8B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8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85D9B" w:rsidRPr="002A664E" w14:paraId="3349F4D8" w14:textId="77777777" w:rsidTr="00147FE2">
        <w:tc>
          <w:tcPr>
            <w:tcW w:w="11016" w:type="dxa"/>
            <w:shd w:val="clear" w:color="auto" w:fill="244061" w:themeFill="accent1" w:themeFillShade="80"/>
          </w:tcPr>
          <w:p w14:paraId="4AE44C25" w14:textId="68588DB7" w:rsidR="00835810" w:rsidRPr="002A664E" w:rsidRDefault="00A44A42" w:rsidP="00BB1B25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 xml:space="preserve">Conferences </w:t>
            </w:r>
            <w:r>
              <w:rPr>
                <w:rFonts w:ascii="Times New Roman" w:hAnsi="Times New Roman" w:cs="Times New Roman"/>
                <w:color w:val="FFFFFF" w:themeColor="background1"/>
              </w:rPr>
              <w:t>Proceedings /</w:t>
            </w:r>
            <w:r w:rsidRPr="002A664E">
              <w:rPr>
                <w:rFonts w:ascii="Times New Roman" w:hAnsi="Times New Roman" w:cs="Times New Roman"/>
                <w:color w:val="FFFFFF" w:themeColor="background1"/>
              </w:rPr>
              <w:t xml:space="preserve"> Abstracts Publications  </w:t>
            </w:r>
          </w:p>
        </w:tc>
      </w:tr>
    </w:tbl>
    <w:p w14:paraId="3742CE4C" w14:textId="77777777" w:rsidR="00835810" w:rsidRPr="001746BC" w:rsidRDefault="00835810" w:rsidP="007E4DE4">
      <w:pPr>
        <w:keepNext/>
        <w:keepLines/>
        <w:spacing w:after="0"/>
        <w:outlineLvl w:val="0"/>
        <w:rPr>
          <w:rFonts w:ascii="Times New Roman" w:hAnsi="Times New Roman" w:cs="Times New Roman"/>
          <w:sz w:val="10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C415DE" w:rsidRPr="002A664E" w14:paraId="0A0DEE83" w14:textId="77777777" w:rsidTr="00F74FEE">
        <w:tc>
          <w:tcPr>
            <w:tcW w:w="1250" w:type="pct"/>
            <w:shd w:val="clear" w:color="auto" w:fill="DDD9C3" w:themeFill="background2" w:themeFillShade="E6"/>
          </w:tcPr>
          <w:p w14:paraId="18F10C8F" w14:textId="77777777" w:rsidR="00C415DE" w:rsidRPr="00635299" w:rsidRDefault="00143E93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Year</w:t>
            </w:r>
          </w:p>
        </w:tc>
        <w:tc>
          <w:tcPr>
            <w:tcW w:w="1250" w:type="pct"/>
            <w:shd w:val="clear" w:color="auto" w:fill="DDD9C3" w:themeFill="background2" w:themeFillShade="E6"/>
          </w:tcPr>
          <w:p w14:paraId="727B8058" w14:textId="77777777" w:rsidR="00C415DE" w:rsidRPr="00635299" w:rsidRDefault="00143E93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Title</w:t>
            </w:r>
          </w:p>
        </w:tc>
        <w:tc>
          <w:tcPr>
            <w:tcW w:w="1250" w:type="pct"/>
            <w:shd w:val="clear" w:color="auto" w:fill="DDD9C3" w:themeFill="background2" w:themeFillShade="E6"/>
          </w:tcPr>
          <w:p w14:paraId="06F7AB3B" w14:textId="77777777" w:rsidR="00C415DE" w:rsidRPr="00635299" w:rsidRDefault="00143E93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Conference</w:t>
            </w:r>
          </w:p>
        </w:tc>
        <w:tc>
          <w:tcPr>
            <w:tcW w:w="1250" w:type="pct"/>
            <w:shd w:val="clear" w:color="auto" w:fill="DDD9C3" w:themeFill="background2" w:themeFillShade="E6"/>
          </w:tcPr>
          <w:p w14:paraId="6670A244" w14:textId="77777777" w:rsidR="00C415DE" w:rsidRPr="00635299" w:rsidRDefault="00143E93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Location</w:t>
            </w:r>
          </w:p>
        </w:tc>
      </w:tr>
      <w:tr w:rsidR="00C415DE" w:rsidRPr="002A664E" w14:paraId="1EA97753" w14:textId="77777777" w:rsidTr="00F74FEE">
        <w:tc>
          <w:tcPr>
            <w:tcW w:w="1250" w:type="pct"/>
          </w:tcPr>
          <w:p w14:paraId="5383C8F7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01C1A079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7C35F548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3D0FB542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C415DE" w:rsidRPr="002A664E" w14:paraId="3483B5DA" w14:textId="77777777" w:rsidTr="00F74FEE">
        <w:tc>
          <w:tcPr>
            <w:tcW w:w="1250" w:type="pct"/>
          </w:tcPr>
          <w:p w14:paraId="66537687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2AF70EE8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6303A967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1E86CD6E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C415DE" w:rsidRPr="002A664E" w14:paraId="3691ECF2" w14:textId="77777777" w:rsidTr="00F74FEE">
        <w:tc>
          <w:tcPr>
            <w:tcW w:w="1250" w:type="pct"/>
          </w:tcPr>
          <w:p w14:paraId="3BE42B36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3B5A873E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1B031A16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610C792F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173BD6D5" w14:textId="77777777" w:rsidR="00C415DE" w:rsidRPr="001746BC" w:rsidRDefault="00C415DE" w:rsidP="0074717E">
      <w:pPr>
        <w:pStyle w:val="Heading1"/>
        <w:spacing w:before="0" w:line="240" w:lineRule="auto"/>
        <w:rPr>
          <w:rFonts w:ascii="Times New Roman" w:hAnsi="Times New Roman" w:cs="Times New Roman"/>
          <w:sz w:val="10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85D9B" w:rsidRPr="002A664E" w14:paraId="32DAE0AD" w14:textId="77777777" w:rsidTr="00147FE2">
        <w:tc>
          <w:tcPr>
            <w:tcW w:w="11016" w:type="dxa"/>
            <w:shd w:val="clear" w:color="auto" w:fill="244061" w:themeFill="accent1" w:themeFillShade="80"/>
          </w:tcPr>
          <w:p w14:paraId="6DAD77D4" w14:textId="77777777" w:rsidR="00835810" w:rsidRPr="002A664E" w:rsidRDefault="00BB1B25" w:rsidP="00BB1B25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 xml:space="preserve">Conferences Organized  </w:t>
            </w:r>
          </w:p>
        </w:tc>
      </w:tr>
    </w:tbl>
    <w:p w14:paraId="11EA0C9D" w14:textId="77777777" w:rsidR="00835810" w:rsidRPr="001746BC" w:rsidRDefault="00835810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12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143E93" w:rsidRPr="002A664E" w14:paraId="7828127F" w14:textId="77777777" w:rsidTr="00F74FEE">
        <w:tc>
          <w:tcPr>
            <w:tcW w:w="1250" w:type="pct"/>
            <w:shd w:val="clear" w:color="auto" w:fill="DDD9C3" w:themeFill="background2" w:themeFillShade="E6"/>
          </w:tcPr>
          <w:p w14:paraId="5AF2AC9D" w14:textId="77777777" w:rsidR="00143E93" w:rsidRPr="00635299" w:rsidRDefault="00143E93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Year</w:t>
            </w:r>
          </w:p>
        </w:tc>
        <w:tc>
          <w:tcPr>
            <w:tcW w:w="1250" w:type="pct"/>
            <w:shd w:val="clear" w:color="auto" w:fill="DDD9C3" w:themeFill="background2" w:themeFillShade="E6"/>
          </w:tcPr>
          <w:p w14:paraId="2AD4EB1D" w14:textId="77777777" w:rsidR="00143E93" w:rsidRPr="00635299" w:rsidRDefault="00143E93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Title</w:t>
            </w:r>
          </w:p>
        </w:tc>
        <w:tc>
          <w:tcPr>
            <w:tcW w:w="1250" w:type="pct"/>
            <w:shd w:val="clear" w:color="auto" w:fill="DDD9C3" w:themeFill="background2" w:themeFillShade="E6"/>
          </w:tcPr>
          <w:p w14:paraId="454C767A" w14:textId="77777777" w:rsidR="00143E93" w:rsidRPr="00635299" w:rsidRDefault="00143E93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Conference</w:t>
            </w:r>
          </w:p>
        </w:tc>
        <w:tc>
          <w:tcPr>
            <w:tcW w:w="1250" w:type="pct"/>
            <w:shd w:val="clear" w:color="auto" w:fill="DDD9C3" w:themeFill="background2" w:themeFillShade="E6"/>
          </w:tcPr>
          <w:p w14:paraId="2169EFFA" w14:textId="77777777" w:rsidR="00143E93" w:rsidRPr="00635299" w:rsidRDefault="00143E93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Location</w:t>
            </w:r>
          </w:p>
        </w:tc>
      </w:tr>
      <w:tr w:rsidR="00143E93" w:rsidRPr="002A664E" w14:paraId="7A658B16" w14:textId="77777777" w:rsidTr="00F74FEE">
        <w:tc>
          <w:tcPr>
            <w:tcW w:w="1250" w:type="pct"/>
          </w:tcPr>
          <w:p w14:paraId="345A99AF" w14:textId="77777777" w:rsidR="00143E93" w:rsidRPr="002A664E" w:rsidRDefault="00143E9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12C698AE" w14:textId="77777777" w:rsidR="00143E93" w:rsidRPr="002A664E" w:rsidRDefault="00143E9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67DC1756" w14:textId="77777777" w:rsidR="00143E93" w:rsidRPr="002A664E" w:rsidRDefault="00143E9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01782D11" w14:textId="77777777" w:rsidR="00143E93" w:rsidRPr="002A664E" w:rsidRDefault="00143E9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143E93" w:rsidRPr="002A664E" w14:paraId="40EE2D0C" w14:textId="77777777" w:rsidTr="00F74FEE">
        <w:tc>
          <w:tcPr>
            <w:tcW w:w="1250" w:type="pct"/>
          </w:tcPr>
          <w:p w14:paraId="2495C7C0" w14:textId="77777777" w:rsidR="00143E93" w:rsidRPr="002A664E" w:rsidRDefault="00143E9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211CE067" w14:textId="77777777" w:rsidR="00143E93" w:rsidRPr="002A664E" w:rsidRDefault="00143E9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6BD9861D" w14:textId="77777777" w:rsidR="00143E93" w:rsidRPr="002A664E" w:rsidRDefault="00143E9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12FAF74E" w14:textId="77777777" w:rsidR="00143E93" w:rsidRPr="002A664E" w:rsidRDefault="00143E9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143E93" w:rsidRPr="002A664E" w14:paraId="55B4FACB" w14:textId="77777777" w:rsidTr="00F74FEE">
        <w:tc>
          <w:tcPr>
            <w:tcW w:w="1250" w:type="pct"/>
          </w:tcPr>
          <w:p w14:paraId="0C430AAA" w14:textId="77777777" w:rsidR="00143E93" w:rsidRPr="002A664E" w:rsidRDefault="00143E9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02FCE56B" w14:textId="77777777" w:rsidR="00143E93" w:rsidRPr="002A664E" w:rsidRDefault="00143E9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3AF9DC30" w14:textId="77777777" w:rsidR="00143E93" w:rsidRPr="002A664E" w:rsidRDefault="00143E9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1E80FEA0" w14:textId="77777777" w:rsidR="00143E93" w:rsidRPr="002A664E" w:rsidRDefault="00143E9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1B062034" w14:textId="77777777" w:rsidR="000A6961" w:rsidRPr="001746BC" w:rsidRDefault="000A6961" w:rsidP="0074717E">
      <w:pPr>
        <w:pStyle w:val="Heading1"/>
        <w:spacing w:before="0" w:line="240" w:lineRule="auto"/>
        <w:rPr>
          <w:rFonts w:ascii="Times New Roman" w:hAnsi="Times New Roman" w:cs="Times New Roman"/>
          <w:sz w:val="10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85D9B" w:rsidRPr="002A664E" w14:paraId="1D926113" w14:textId="77777777" w:rsidTr="00147FE2">
        <w:tc>
          <w:tcPr>
            <w:tcW w:w="11016" w:type="dxa"/>
            <w:shd w:val="clear" w:color="auto" w:fill="244061" w:themeFill="accent1" w:themeFillShade="80"/>
          </w:tcPr>
          <w:p w14:paraId="550E384A" w14:textId="77777777" w:rsidR="002B755D" w:rsidRPr="002A664E" w:rsidRDefault="002B755D" w:rsidP="0031521A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>Workshops and Seminars</w:t>
            </w:r>
            <w:r w:rsidR="00092D72">
              <w:rPr>
                <w:rFonts w:ascii="Times New Roman" w:hAnsi="Times New Roman" w:cs="Times New Roman"/>
                <w:color w:val="FFFFFF" w:themeColor="background1"/>
              </w:rPr>
              <w:t xml:space="preserve"> Attended  </w:t>
            </w:r>
          </w:p>
        </w:tc>
      </w:tr>
    </w:tbl>
    <w:p w14:paraId="13A2E8DA" w14:textId="77777777" w:rsidR="002B755D" w:rsidRPr="001746BC" w:rsidRDefault="002B755D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6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2151"/>
        <w:gridCol w:w="2186"/>
        <w:gridCol w:w="2152"/>
        <w:gridCol w:w="2152"/>
        <w:gridCol w:w="2149"/>
      </w:tblGrid>
      <w:tr w:rsidR="005350CD" w:rsidRPr="002A664E" w14:paraId="255A7DB0" w14:textId="77777777" w:rsidTr="00F74FEE">
        <w:tc>
          <w:tcPr>
            <w:tcW w:w="997" w:type="pct"/>
            <w:shd w:val="clear" w:color="auto" w:fill="DDD9C3" w:themeFill="background2" w:themeFillShade="E6"/>
          </w:tcPr>
          <w:p w14:paraId="6BCBA997" w14:textId="77777777" w:rsidR="005350CD" w:rsidRPr="00635299" w:rsidRDefault="005350CD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Title</w:t>
            </w:r>
          </w:p>
        </w:tc>
        <w:tc>
          <w:tcPr>
            <w:tcW w:w="1013" w:type="pct"/>
            <w:shd w:val="clear" w:color="auto" w:fill="DDD9C3" w:themeFill="background2" w:themeFillShade="E6"/>
          </w:tcPr>
          <w:p w14:paraId="7F36011C" w14:textId="77777777" w:rsidR="005350CD" w:rsidRPr="00635299" w:rsidRDefault="005350CD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 xml:space="preserve">Workshop/Seminar Name </w:t>
            </w:r>
          </w:p>
        </w:tc>
        <w:tc>
          <w:tcPr>
            <w:tcW w:w="997" w:type="pct"/>
            <w:shd w:val="clear" w:color="auto" w:fill="DDD9C3" w:themeFill="background2" w:themeFillShade="E6"/>
          </w:tcPr>
          <w:p w14:paraId="55D587BB" w14:textId="77777777" w:rsidR="005350CD" w:rsidRPr="00635299" w:rsidRDefault="005350CD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Location</w:t>
            </w:r>
          </w:p>
        </w:tc>
        <w:tc>
          <w:tcPr>
            <w:tcW w:w="997" w:type="pct"/>
            <w:shd w:val="clear" w:color="auto" w:fill="DDD9C3" w:themeFill="background2" w:themeFillShade="E6"/>
          </w:tcPr>
          <w:p w14:paraId="7BC4F4CF" w14:textId="77777777" w:rsidR="005350CD" w:rsidRPr="00635299" w:rsidRDefault="005350CD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Year</w:t>
            </w:r>
          </w:p>
        </w:tc>
        <w:tc>
          <w:tcPr>
            <w:tcW w:w="997" w:type="pct"/>
            <w:shd w:val="clear" w:color="auto" w:fill="DDD9C3" w:themeFill="background2" w:themeFillShade="E6"/>
          </w:tcPr>
          <w:p w14:paraId="4DF0AE45" w14:textId="77777777" w:rsidR="005350CD" w:rsidRPr="002A664E" w:rsidRDefault="005350CD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 xml:space="preserve">Role </w:t>
            </w:r>
          </w:p>
        </w:tc>
      </w:tr>
      <w:tr w:rsidR="005350CD" w:rsidRPr="002A664E" w14:paraId="446FC402" w14:textId="77777777" w:rsidTr="00F74FEE">
        <w:tc>
          <w:tcPr>
            <w:tcW w:w="997" w:type="pct"/>
          </w:tcPr>
          <w:p w14:paraId="1B947CA4" w14:textId="77777777" w:rsidR="005350CD" w:rsidRPr="002A664E" w:rsidRDefault="005350CD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14:paraId="2A7E5FCB" w14:textId="77777777" w:rsidR="005350CD" w:rsidRPr="002A664E" w:rsidRDefault="005350CD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</w:tcPr>
          <w:p w14:paraId="4D2DBBC6" w14:textId="77777777" w:rsidR="005350CD" w:rsidRPr="002A664E" w:rsidRDefault="005350CD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</w:tcPr>
          <w:p w14:paraId="6E896A47" w14:textId="77777777" w:rsidR="005350CD" w:rsidRPr="002A664E" w:rsidRDefault="005350CD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</w:tcPr>
          <w:p w14:paraId="28BF0D58" w14:textId="77777777" w:rsidR="005350CD" w:rsidRPr="002A664E" w:rsidRDefault="005350CD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5350CD" w:rsidRPr="002A664E" w14:paraId="03DF20CE" w14:textId="77777777" w:rsidTr="00F74FEE">
        <w:tc>
          <w:tcPr>
            <w:tcW w:w="997" w:type="pct"/>
          </w:tcPr>
          <w:p w14:paraId="0EBF4ECE" w14:textId="77777777" w:rsidR="005350CD" w:rsidRPr="002A664E" w:rsidRDefault="005350CD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14:paraId="5C3EF2A6" w14:textId="77777777" w:rsidR="005350CD" w:rsidRPr="002A664E" w:rsidRDefault="005350CD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</w:tcPr>
          <w:p w14:paraId="75EFC4E2" w14:textId="77777777" w:rsidR="005350CD" w:rsidRPr="002A664E" w:rsidRDefault="005350CD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</w:tcPr>
          <w:p w14:paraId="0A61189A" w14:textId="77777777" w:rsidR="005350CD" w:rsidRPr="002A664E" w:rsidRDefault="005350CD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</w:tcPr>
          <w:p w14:paraId="49F98138" w14:textId="77777777" w:rsidR="005350CD" w:rsidRPr="002A664E" w:rsidRDefault="005350CD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5350CD" w:rsidRPr="002A664E" w14:paraId="75322B6B" w14:textId="77777777" w:rsidTr="00F74FEE">
        <w:tc>
          <w:tcPr>
            <w:tcW w:w="997" w:type="pct"/>
          </w:tcPr>
          <w:p w14:paraId="21FA420C" w14:textId="77777777" w:rsidR="005350CD" w:rsidRPr="002A664E" w:rsidRDefault="005350CD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14:paraId="18C49D94" w14:textId="77777777" w:rsidR="005350CD" w:rsidRPr="002A664E" w:rsidRDefault="005350CD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</w:tcPr>
          <w:p w14:paraId="49DDFABA" w14:textId="77777777" w:rsidR="005350CD" w:rsidRPr="002A664E" w:rsidRDefault="005350CD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</w:tcPr>
          <w:p w14:paraId="63E881BE" w14:textId="77777777" w:rsidR="005350CD" w:rsidRPr="002A664E" w:rsidRDefault="005350CD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</w:tcPr>
          <w:p w14:paraId="69C63D7F" w14:textId="77777777" w:rsidR="005350CD" w:rsidRPr="002A664E" w:rsidRDefault="005350CD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20B8927F" w14:textId="77777777" w:rsidR="005350CD" w:rsidRDefault="005350CD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8"/>
        </w:rPr>
      </w:pPr>
    </w:p>
    <w:p w14:paraId="63D8D7E5" w14:textId="77777777" w:rsidR="00410D39" w:rsidRDefault="00410D39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8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1521A" w:rsidRPr="002A664E" w14:paraId="612C8B77" w14:textId="77777777" w:rsidTr="00B03235">
        <w:tc>
          <w:tcPr>
            <w:tcW w:w="11016" w:type="dxa"/>
            <w:shd w:val="clear" w:color="auto" w:fill="244061" w:themeFill="accent1" w:themeFillShade="80"/>
          </w:tcPr>
          <w:p w14:paraId="10DF4A28" w14:textId="1698FC94" w:rsidR="0031521A" w:rsidRPr="002A664E" w:rsidRDefault="0031521A" w:rsidP="00B03235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>Workshops and Seminars</w:t>
            </w:r>
            <w:r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="00A03D50">
              <w:rPr>
                <w:rFonts w:ascii="Times New Roman" w:hAnsi="Times New Roman" w:cs="Times New Roman"/>
                <w:color w:val="FFFFFF" w:themeColor="background1"/>
              </w:rPr>
              <w:t>Organized</w:t>
            </w:r>
            <w:r>
              <w:rPr>
                <w:rFonts w:ascii="Times New Roman" w:hAnsi="Times New Roman" w:cs="Times New Roman"/>
                <w:color w:val="FFFFFF" w:themeColor="background1"/>
              </w:rPr>
              <w:t xml:space="preserve">  </w:t>
            </w:r>
          </w:p>
        </w:tc>
      </w:tr>
    </w:tbl>
    <w:p w14:paraId="04EF3125" w14:textId="77777777" w:rsidR="0031521A" w:rsidRPr="001746BC" w:rsidRDefault="0031521A" w:rsidP="0031521A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6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2151"/>
        <w:gridCol w:w="2186"/>
        <w:gridCol w:w="2152"/>
        <w:gridCol w:w="2152"/>
        <w:gridCol w:w="2149"/>
      </w:tblGrid>
      <w:tr w:rsidR="0031521A" w:rsidRPr="002A664E" w14:paraId="7A49EE68" w14:textId="77777777" w:rsidTr="00B03235">
        <w:tc>
          <w:tcPr>
            <w:tcW w:w="997" w:type="pct"/>
            <w:shd w:val="clear" w:color="auto" w:fill="DDD9C3" w:themeFill="background2" w:themeFillShade="E6"/>
          </w:tcPr>
          <w:p w14:paraId="673D14E8" w14:textId="77777777" w:rsidR="0031521A" w:rsidRPr="00635299" w:rsidRDefault="0031521A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Title</w:t>
            </w:r>
          </w:p>
        </w:tc>
        <w:tc>
          <w:tcPr>
            <w:tcW w:w="1013" w:type="pct"/>
            <w:shd w:val="clear" w:color="auto" w:fill="DDD9C3" w:themeFill="background2" w:themeFillShade="E6"/>
          </w:tcPr>
          <w:p w14:paraId="2D57F886" w14:textId="77777777" w:rsidR="0031521A" w:rsidRPr="00635299" w:rsidRDefault="0031521A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 xml:space="preserve">Workshop/Seminar Name </w:t>
            </w:r>
          </w:p>
        </w:tc>
        <w:tc>
          <w:tcPr>
            <w:tcW w:w="997" w:type="pct"/>
            <w:shd w:val="clear" w:color="auto" w:fill="DDD9C3" w:themeFill="background2" w:themeFillShade="E6"/>
          </w:tcPr>
          <w:p w14:paraId="22E60A44" w14:textId="77777777" w:rsidR="0031521A" w:rsidRPr="00635299" w:rsidRDefault="0031521A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Location</w:t>
            </w:r>
          </w:p>
        </w:tc>
        <w:tc>
          <w:tcPr>
            <w:tcW w:w="997" w:type="pct"/>
            <w:shd w:val="clear" w:color="auto" w:fill="DDD9C3" w:themeFill="background2" w:themeFillShade="E6"/>
          </w:tcPr>
          <w:p w14:paraId="6E24A785" w14:textId="77777777" w:rsidR="0031521A" w:rsidRPr="00635299" w:rsidRDefault="0031521A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Year</w:t>
            </w:r>
          </w:p>
        </w:tc>
        <w:tc>
          <w:tcPr>
            <w:tcW w:w="997" w:type="pct"/>
            <w:shd w:val="clear" w:color="auto" w:fill="DDD9C3" w:themeFill="background2" w:themeFillShade="E6"/>
          </w:tcPr>
          <w:p w14:paraId="0F3B8AD6" w14:textId="77777777" w:rsidR="0031521A" w:rsidRPr="002A664E" w:rsidRDefault="0031521A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 xml:space="preserve">Role </w:t>
            </w:r>
          </w:p>
        </w:tc>
      </w:tr>
      <w:tr w:rsidR="0031521A" w:rsidRPr="002A664E" w14:paraId="061F238E" w14:textId="77777777" w:rsidTr="00B03235">
        <w:tc>
          <w:tcPr>
            <w:tcW w:w="997" w:type="pct"/>
          </w:tcPr>
          <w:p w14:paraId="014C149B" w14:textId="77777777" w:rsidR="0031521A" w:rsidRPr="002A664E" w:rsidRDefault="0031521A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14:paraId="5EBF257F" w14:textId="77777777" w:rsidR="0031521A" w:rsidRPr="002A664E" w:rsidRDefault="0031521A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</w:tcPr>
          <w:p w14:paraId="660E52E6" w14:textId="77777777" w:rsidR="0031521A" w:rsidRPr="002A664E" w:rsidRDefault="0031521A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</w:tcPr>
          <w:p w14:paraId="4E8F3E16" w14:textId="77777777" w:rsidR="0031521A" w:rsidRPr="002A664E" w:rsidRDefault="0031521A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</w:tcPr>
          <w:p w14:paraId="684DA77C" w14:textId="77777777" w:rsidR="0031521A" w:rsidRPr="002A664E" w:rsidRDefault="0031521A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1521A" w:rsidRPr="002A664E" w14:paraId="5B27DDC9" w14:textId="77777777" w:rsidTr="00B03235">
        <w:tc>
          <w:tcPr>
            <w:tcW w:w="997" w:type="pct"/>
          </w:tcPr>
          <w:p w14:paraId="73A3BA73" w14:textId="77777777" w:rsidR="0031521A" w:rsidRPr="002A664E" w:rsidRDefault="0031521A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14:paraId="6B34D2FF" w14:textId="77777777" w:rsidR="0031521A" w:rsidRPr="002A664E" w:rsidRDefault="0031521A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</w:tcPr>
          <w:p w14:paraId="648F7F57" w14:textId="77777777" w:rsidR="0031521A" w:rsidRPr="002A664E" w:rsidRDefault="0031521A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</w:tcPr>
          <w:p w14:paraId="70150C70" w14:textId="77777777" w:rsidR="0031521A" w:rsidRPr="002A664E" w:rsidRDefault="0031521A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</w:tcPr>
          <w:p w14:paraId="728B0ABD" w14:textId="77777777" w:rsidR="0031521A" w:rsidRPr="002A664E" w:rsidRDefault="0031521A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1521A" w:rsidRPr="002A664E" w14:paraId="0FED953D" w14:textId="77777777" w:rsidTr="00B03235">
        <w:tc>
          <w:tcPr>
            <w:tcW w:w="997" w:type="pct"/>
          </w:tcPr>
          <w:p w14:paraId="23743BDE" w14:textId="77777777" w:rsidR="0031521A" w:rsidRPr="002A664E" w:rsidRDefault="0031521A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013" w:type="pct"/>
          </w:tcPr>
          <w:p w14:paraId="3D2970F1" w14:textId="77777777" w:rsidR="0031521A" w:rsidRPr="002A664E" w:rsidRDefault="0031521A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</w:tcPr>
          <w:p w14:paraId="79DE975A" w14:textId="77777777" w:rsidR="0031521A" w:rsidRPr="002A664E" w:rsidRDefault="0031521A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</w:tcPr>
          <w:p w14:paraId="6B6154AC" w14:textId="77777777" w:rsidR="0031521A" w:rsidRPr="002A664E" w:rsidRDefault="0031521A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</w:tcPr>
          <w:p w14:paraId="0FFA49CA" w14:textId="77777777" w:rsidR="0031521A" w:rsidRPr="002A664E" w:rsidRDefault="0031521A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28830A3F" w14:textId="77777777" w:rsidR="0031521A" w:rsidRDefault="0031521A" w:rsidP="0031521A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8"/>
        </w:rPr>
      </w:pPr>
    </w:p>
    <w:p w14:paraId="462CD87F" w14:textId="77777777" w:rsidR="0031521A" w:rsidRDefault="0031521A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8"/>
        </w:rPr>
      </w:pPr>
    </w:p>
    <w:p w14:paraId="417A5029" w14:textId="77777777" w:rsidR="00410D39" w:rsidRDefault="00410D39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8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410D39" w:rsidRPr="002A664E" w14:paraId="28D0947D" w14:textId="77777777" w:rsidTr="00B03235">
        <w:tc>
          <w:tcPr>
            <w:tcW w:w="11016" w:type="dxa"/>
            <w:shd w:val="clear" w:color="auto" w:fill="244061" w:themeFill="accent1" w:themeFillShade="80"/>
          </w:tcPr>
          <w:p w14:paraId="0C620E70" w14:textId="77777777" w:rsidR="00410D39" w:rsidRPr="002A664E" w:rsidRDefault="00410D39" w:rsidP="00410D39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>
              <w:rPr>
                <w:rFonts w:ascii="Times New Roman" w:hAnsi="Times New Roman" w:cs="Times New Roman"/>
                <w:color w:val="FFFFFF" w:themeColor="background1"/>
              </w:rPr>
              <w:t xml:space="preserve">Short Courses/ Trainings Attended   </w:t>
            </w:r>
          </w:p>
        </w:tc>
      </w:tr>
    </w:tbl>
    <w:p w14:paraId="64DD42EB" w14:textId="77777777" w:rsidR="00410D39" w:rsidRPr="001746BC" w:rsidRDefault="00410D39" w:rsidP="00410D39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6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3576"/>
        <w:gridCol w:w="3636"/>
        <w:gridCol w:w="3578"/>
      </w:tblGrid>
      <w:tr w:rsidR="00410D39" w:rsidRPr="002A664E" w14:paraId="18B83824" w14:textId="77777777" w:rsidTr="00410D39">
        <w:tc>
          <w:tcPr>
            <w:tcW w:w="1657" w:type="pct"/>
            <w:shd w:val="clear" w:color="auto" w:fill="DDD9C3" w:themeFill="background2" w:themeFillShade="E6"/>
          </w:tcPr>
          <w:p w14:paraId="175D2477" w14:textId="77777777" w:rsidR="00410D39" w:rsidRPr="00635299" w:rsidRDefault="00410D39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Training</w:t>
            </w:r>
            <w:r w:rsidRPr="002A664E">
              <w:rPr>
                <w:rFonts w:ascii="Times New Roman" w:hAnsi="Times New Roman" w:cs="Times New Roman"/>
                <w:b/>
              </w:rPr>
              <w:t>/S</w:t>
            </w:r>
            <w:r>
              <w:rPr>
                <w:rFonts w:ascii="Times New Roman" w:hAnsi="Times New Roman" w:cs="Times New Roman"/>
                <w:b/>
              </w:rPr>
              <w:t>hort Course Name</w:t>
            </w:r>
          </w:p>
        </w:tc>
        <w:tc>
          <w:tcPr>
            <w:tcW w:w="1685" w:type="pct"/>
            <w:shd w:val="clear" w:color="auto" w:fill="DDD9C3" w:themeFill="background2" w:themeFillShade="E6"/>
          </w:tcPr>
          <w:p w14:paraId="6B4C9CB4" w14:textId="77777777" w:rsidR="00410D39" w:rsidRPr="00635299" w:rsidRDefault="00410D39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Location</w:t>
            </w:r>
          </w:p>
        </w:tc>
        <w:tc>
          <w:tcPr>
            <w:tcW w:w="1658" w:type="pct"/>
            <w:shd w:val="clear" w:color="auto" w:fill="DDD9C3" w:themeFill="background2" w:themeFillShade="E6"/>
          </w:tcPr>
          <w:p w14:paraId="75249D6C" w14:textId="77777777" w:rsidR="00410D39" w:rsidRPr="00635299" w:rsidRDefault="00410D39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Year</w:t>
            </w:r>
          </w:p>
        </w:tc>
      </w:tr>
      <w:tr w:rsidR="00410D39" w:rsidRPr="002A664E" w14:paraId="1C3E249B" w14:textId="77777777" w:rsidTr="00410D39">
        <w:tc>
          <w:tcPr>
            <w:tcW w:w="1657" w:type="pct"/>
          </w:tcPr>
          <w:p w14:paraId="6E4E72F3" w14:textId="3EDCA909" w:rsidR="00410D39" w:rsidRPr="002A664E" w:rsidRDefault="00410D39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85" w:type="pct"/>
          </w:tcPr>
          <w:p w14:paraId="529CC51E" w14:textId="77777777" w:rsidR="00410D39" w:rsidRPr="002A664E" w:rsidRDefault="00410D39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58" w:type="pct"/>
          </w:tcPr>
          <w:p w14:paraId="6342FF04" w14:textId="77777777" w:rsidR="00410D39" w:rsidRPr="002A664E" w:rsidRDefault="00410D39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410D39" w:rsidRPr="002A664E" w14:paraId="12DD5E69" w14:textId="77777777" w:rsidTr="00410D39">
        <w:tc>
          <w:tcPr>
            <w:tcW w:w="1657" w:type="pct"/>
          </w:tcPr>
          <w:p w14:paraId="170F1438" w14:textId="77777777" w:rsidR="00410D39" w:rsidRPr="002A664E" w:rsidRDefault="00410D39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85" w:type="pct"/>
          </w:tcPr>
          <w:p w14:paraId="38876DE1" w14:textId="77777777" w:rsidR="00410D39" w:rsidRPr="002A664E" w:rsidRDefault="00410D39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58" w:type="pct"/>
          </w:tcPr>
          <w:p w14:paraId="3E8F19CB" w14:textId="77777777" w:rsidR="00410D39" w:rsidRPr="002A664E" w:rsidRDefault="00410D39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410D39" w:rsidRPr="002A664E" w14:paraId="164884FB" w14:textId="77777777" w:rsidTr="00410D39">
        <w:tc>
          <w:tcPr>
            <w:tcW w:w="1657" w:type="pct"/>
          </w:tcPr>
          <w:p w14:paraId="517B9791" w14:textId="77777777" w:rsidR="00410D39" w:rsidRPr="002A664E" w:rsidRDefault="00410D39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85" w:type="pct"/>
          </w:tcPr>
          <w:p w14:paraId="0D728313" w14:textId="77777777" w:rsidR="00410D39" w:rsidRPr="002A664E" w:rsidRDefault="00410D39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58" w:type="pct"/>
          </w:tcPr>
          <w:p w14:paraId="7D1B2ADE" w14:textId="77777777" w:rsidR="00410D39" w:rsidRPr="002A664E" w:rsidRDefault="00410D39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77224E3F" w14:textId="77777777" w:rsidR="00410D39" w:rsidRDefault="00410D39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8"/>
        </w:rPr>
      </w:pPr>
    </w:p>
    <w:p w14:paraId="7A20C882" w14:textId="77777777" w:rsidR="00410D39" w:rsidRPr="001746BC" w:rsidRDefault="00410D39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8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85D9B" w:rsidRPr="002A664E" w14:paraId="18F574AD" w14:textId="77777777" w:rsidTr="00147FE2">
        <w:tc>
          <w:tcPr>
            <w:tcW w:w="11016" w:type="dxa"/>
            <w:shd w:val="clear" w:color="auto" w:fill="244061" w:themeFill="accent1" w:themeFillShade="80"/>
          </w:tcPr>
          <w:p w14:paraId="56B92CB8" w14:textId="77777777" w:rsidR="002B755D" w:rsidRPr="002A664E" w:rsidRDefault="002B755D" w:rsidP="00BB1B25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>Researc</w:t>
            </w:r>
            <w:r w:rsidR="00BB1B25" w:rsidRPr="002A664E">
              <w:rPr>
                <w:rFonts w:ascii="Times New Roman" w:hAnsi="Times New Roman" w:cs="Times New Roman"/>
                <w:color w:val="FFFFFF" w:themeColor="background1"/>
              </w:rPr>
              <w:t>h Supervision</w:t>
            </w:r>
          </w:p>
        </w:tc>
      </w:tr>
    </w:tbl>
    <w:p w14:paraId="1B89BE8E" w14:textId="77777777" w:rsidR="002B755D" w:rsidRPr="001746BC" w:rsidRDefault="002B755D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8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2697"/>
        <w:gridCol w:w="3755"/>
        <w:gridCol w:w="1640"/>
        <w:gridCol w:w="2698"/>
      </w:tblGrid>
      <w:tr w:rsidR="00C415DE" w:rsidRPr="002A664E" w14:paraId="44BB8A0C" w14:textId="77777777" w:rsidTr="00D503C3">
        <w:tc>
          <w:tcPr>
            <w:tcW w:w="1250" w:type="pct"/>
            <w:shd w:val="clear" w:color="auto" w:fill="DDD9C3" w:themeFill="background2" w:themeFillShade="E6"/>
          </w:tcPr>
          <w:p w14:paraId="0E601FC9" w14:textId="77777777" w:rsidR="00C415DE" w:rsidRPr="00635299" w:rsidRDefault="00D503C3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Name of </w:t>
            </w:r>
            <w:r w:rsidR="00C415DE" w:rsidRPr="002A664E">
              <w:rPr>
                <w:rFonts w:ascii="Times New Roman" w:hAnsi="Times New Roman" w:cs="Times New Roman"/>
                <w:b/>
              </w:rPr>
              <w:t>Student</w:t>
            </w: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1740" w:type="pct"/>
            <w:shd w:val="clear" w:color="auto" w:fill="DDD9C3" w:themeFill="background2" w:themeFillShade="E6"/>
          </w:tcPr>
          <w:p w14:paraId="18B01F77" w14:textId="77777777" w:rsidR="00C415DE" w:rsidRPr="00635299" w:rsidRDefault="00C415DE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Thesis Title</w:t>
            </w:r>
          </w:p>
        </w:tc>
        <w:tc>
          <w:tcPr>
            <w:tcW w:w="760" w:type="pct"/>
            <w:shd w:val="clear" w:color="auto" w:fill="DDD9C3" w:themeFill="background2" w:themeFillShade="E6"/>
          </w:tcPr>
          <w:p w14:paraId="37B3C99C" w14:textId="77777777" w:rsidR="00C415DE" w:rsidRPr="002A664E" w:rsidRDefault="00D503C3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Ph.D. </w:t>
            </w:r>
            <w:r w:rsidR="00C415DE" w:rsidRPr="002A664E">
              <w:rPr>
                <w:rFonts w:ascii="Times New Roman" w:hAnsi="Times New Roman" w:cs="Times New Roman"/>
                <w:b/>
              </w:rPr>
              <w:t xml:space="preserve">Degree </w:t>
            </w:r>
          </w:p>
        </w:tc>
        <w:tc>
          <w:tcPr>
            <w:tcW w:w="1250" w:type="pct"/>
            <w:shd w:val="clear" w:color="auto" w:fill="DDD9C3" w:themeFill="background2" w:themeFillShade="E6"/>
          </w:tcPr>
          <w:p w14:paraId="074A340D" w14:textId="77777777" w:rsidR="00C415DE" w:rsidRPr="00635299" w:rsidRDefault="00C415DE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Year</w:t>
            </w:r>
          </w:p>
        </w:tc>
      </w:tr>
      <w:tr w:rsidR="00C415DE" w:rsidRPr="002A664E" w14:paraId="0955E006" w14:textId="77777777" w:rsidTr="00D503C3">
        <w:tc>
          <w:tcPr>
            <w:tcW w:w="1250" w:type="pct"/>
          </w:tcPr>
          <w:p w14:paraId="69ABD875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40" w:type="pct"/>
          </w:tcPr>
          <w:p w14:paraId="009BE224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14:paraId="773F2630" w14:textId="77777777" w:rsidR="00C415DE" w:rsidRPr="002A664E" w:rsidRDefault="00D503C3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Ph.D. </w:t>
            </w:r>
          </w:p>
        </w:tc>
        <w:tc>
          <w:tcPr>
            <w:tcW w:w="1250" w:type="pct"/>
          </w:tcPr>
          <w:p w14:paraId="4CA8F899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 xml:space="preserve">Degree awarded/ In progress </w:t>
            </w:r>
          </w:p>
        </w:tc>
      </w:tr>
      <w:tr w:rsidR="00C415DE" w:rsidRPr="002A664E" w14:paraId="1C893351" w14:textId="77777777" w:rsidTr="00D503C3">
        <w:tc>
          <w:tcPr>
            <w:tcW w:w="1250" w:type="pct"/>
          </w:tcPr>
          <w:p w14:paraId="3E8002DF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40" w:type="pct"/>
          </w:tcPr>
          <w:p w14:paraId="4FFB03CC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14:paraId="6BCD7A54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44DAE4D2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C415DE" w:rsidRPr="002A664E" w14:paraId="12107D18" w14:textId="77777777" w:rsidTr="00D503C3">
        <w:tc>
          <w:tcPr>
            <w:tcW w:w="1250" w:type="pct"/>
          </w:tcPr>
          <w:p w14:paraId="56827AE6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40" w:type="pct"/>
          </w:tcPr>
          <w:p w14:paraId="66B1A68A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14:paraId="484EE5EE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15D7C796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C415DE" w:rsidRPr="002A664E" w14:paraId="6DFD5252" w14:textId="77777777" w:rsidTr="00D503C3">
        <w:tc>
          <w:tcPr>
            <w:tcW w:w="1250" w:type="pct"/>
          </w:tcPr>
          <w:p w14:paraId="1D9BACA8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40" w:type="pct"/>
          </w:tcPr>
          <w:p w14:paraId="783B5F93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14:paraId="18CE9399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48011E89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C415DE" w:rsidRPr="002A664E" w14:paraId="6DE1803F" w14:textId="77777777" w:rsidTr="00D503C3">
        <w:tc>
          <w:tcPr>
            <w:tcW w:w="1250" w:type="pct"/>
          </w:tcPr>
          <w:p w14:paraId="2A4C0ADA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40" w:type="pct"/>
          </w:tcPr>
          <w:p w14:paraId="424918CC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14:paraId="09492E84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578A40B7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C415DE" w:rsidRPr="002A664E" w14:paraId="5CBD1597" w14:textId="77777777" w:rsidTr="00D503C3">
        <w:tc>
          <w:tcPr>
            <w:tcW w:w="1250" w:type="pct"/>
          </w:tcPr>
          <w:p w14:paraId="7F01F3EF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40" w:type="pct"/>
          </w:tcPr>
          <w:p w14:paraId="08F80C31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14:paraId="2EF86AB9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0B231A85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C415DE" w:rsidRPr="002A664E" w14:paraId="5B80A1B1" w14:textId="77777777" w:rsidTr="00D503C3">
        <w:tc>
          <w:tcPr>
            <w:tcW w:w="1250" w:type="pct"/>
          </w:tcPr>
          <w:p w14:paraId="5CF22150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40" w:type="pct"/>
          </w:tcPr>
          <w:p w14:paraId="4FF4E3A3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14:paraId="00CDBB70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6F9C5548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D503C3" w:rsidRPr="002A664E" w14:paraId="43A0D4DA" w14:textId="77777777" w:rsidTr="00D503C3">
        <w:tc>
          <w:tcPr>
            <w:tcW w:w="1250" w:type="pct"/>
            <w:shd w:val="clear" w:color="auto" w:fill="DDD9C3" w:themeFill="background2" w:themeFillShade="E6"/>
          </w:tcPr>
          <w:p w14:paraId="70C7F650" w14:textId="77777777" w:rsidR="00D503C3" w:rsidRPr="00635299" w:rsidRDefault="00D503C3" w:rsidP="00112B4C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Name of </w:t>
            </w:r>
            <w:r w:rsidRPr="002A664E">
              <w:rPr>
                <w:rFonts w:ascii="Times New Roman" w:hAnsi="Times New Roman" w:cs="Times New Roman"/>
                <w:b/>
              </w:rPr>
              <w:t>Student</w:t>
            </w:r>
            <w:r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1740" w:type="pct"/>
            <w:shd w:val="clear" w:color="auto" w:fill="DDD9C3" w:themeFill="background2" w:themeFillShade="E6"/>
          </w:tcPr>
          <w:p w14:paraId="4241544C" w14:textId="77777777" w:rsidR="00D503C3" w:rsidRPr="00635299" w:rsidRDefault="00D503C3" w:rsidP="00112B4C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Thesis Title</w:t>
            </w:r>
          </w:p>
        </w:tc>
        <w:tc>
          <w:tcPr>
            <w:tcW w:w="760" w:type="pct"/>
            <w:shd w:val="clear" w:color="auto" w:fill="DDD9C3" w:themeFill="background2" w:themeFillShade="E6"/>
          </w:tcPr>
          <w:p w14:paraId="5F4BBD8D" w14:textId="77777777" w:rsidR="00D503C3" w:rsidRPr="002A664E" w:rsidRDefault="00D503C3" w:rsidP="00112B4C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M.Phil. </w:t>
            </w:r>
            <w:r w:rsidRPr="002A664E">
              <w:rPr>
                <w:rFonts w:ascii="Times New Roman" w:hAnsi="Times New Roman" w:cs="Times New Roman"/>
                <w:b/>
              </w:rPr>
              <w:t xml:space="preserve">Degree </w:t>
            </w:r>
          </w:p>
        </w:tc>
        <w:tc>
          <w:tcPr>
            <w:tcW w:w="1250" w:type="pct"/>
            <w:shd w:val="clear" w:color="auto" w:fill="DDD9C3" w:themeFill="background2" w:themeFillShade="E6"/>
          </w:tcPr>
          <w:p w14:paraId="77B3B12C" w14:textId="77777777" w:rsidR="00D503C3" w:rsidRPr="00635299" w:rsidRDefault="00D503C3" w:rsidP="00112B4C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Year</w:t>
            </w:r>
          </w:p>
        </w:tc>
      </w:tr>
      <w:tr w:rsidR="00C415DE" w:rsidRPr="002A664E" w14:paraId="77CB4034" w14:textId="77777777" w:rsidTr="00D503C3">
        <w:tc>
          <w:tcPr>
            <w:tcW w:w="1250" w:type="pct"/>
          </w:tcPr>
          <w:p w14:paraId="0C129061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40" w:type="pct"/>
          </w:tcPr>
          <w:p w14:paraId="3F39A345" w14:textId="77777777" w:rsidR="00C415DE" w:rsidRPr="002A664E" w:rsidRDefault="00C415DE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14:paraId="2139533A" w14:textId="77777777" w:rsidR="00C415DE" w:rsidRPr="002A664E" w:rsidRDefault="00D503C3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M.Phil. </w:t>
            </w:r>
          </w:p>
        </w:tc>
        <w:tc>
          <w:tcPr>
            <w:tcW w:w="1250" w:type="pct"/>
          </w:tcPr>
          <w:p w14:paraId="2F3AA4A6" w14:textId="77777777" w:rsidR="00C415DE" w:rsidRPr="002A664E" w:rsidRDefault="00D503C3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Degree awarded/ In progress</w:t>
            </w:r>
          </w:p>
        </w:tc>
      </w:tr>
      <w:tr w:rsidR="00D503C3" w:rsidRPr="002A664E" w14:paraId="79CFDCA8" w14:textId="77777777" w:rsidTr="00D503C3">
        <w:tc>
          <w:tcPr>
            <w:tcW w:w="1250" w:type="pct"/>
          </w:tcPr>
          <w:p w14:paraId="4B6B0B2B" w14:textId="77777777" w:rsidR="00D503C3" w:rsidRPr="002A664E" w:rsidRDefault="00D503C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40" w:type="pct"/>
          </w:tcPr>
          <w:p w14:paraId="64984942" w14:textId="77777777" w:rsidR="00D503C3" w:rsidRPr="002A664E" w:rsidRDefault="00D503C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14:paraId="413F649C" w14:textId="77777777" w:rsidR="00D503C3" w:rsidRPr="002A664E" w:rsidRDefault="00D503C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38038346" w14:textId="77777777" w:rsidR="00D503C3" w:rsidRPr="002A664E" w:rsidRDefault="00D503C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D503C3" w:rsidRPr="002A664E" w14:paraId="5B291C12" w14:textId="77777777" w:rsidTr="00D503C3">
        <w:tc>
          <w:tcPr>
            <w:tcW w:w="1250" w:type="pct"/>
          </w:tcPr>
          <w:p w14:paraId="36511D21" w14:textId="77777777" w:rsidR="00D503C3" w:rsidRPr="002A664E" w:rsidRDefault="00D503C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40" w:type="pct"/>
          </w:tcPr>
          <w:p w14:paraId="60D75DD1" w14:textId="77777777" w:rsidR="00D503C3" w:rsidRPr="002A664E" w:rsidRDefault="00D503C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14:paraId="41370B2B" w14:textId="77777777" w:rsidR="00D503C3" w:rsidRPr="002A664E" w:rsidRDefault="00D503C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77B44E34" w14:textId="77777777" w:rsidR="00D503C3" w:rsidRPr="002A664E" w:rsidRDefault="00D503C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D503C3" w:rsidRPr="002A664E" w14:paraId="1A49B57F" w14:textId="77777777" w:rsidTr="00D503C3">
        <w:tc>
          <w:tcPr>
            <w:tcW w:w="1250" w:type="pct"/>
          </w:tcPr>
          <w:p w14:paraId="5326D00E" w14:textId="77777777" w:rsidR="00D503C3" w:rsidRPr="002A664E" w:rsidRDefault="00D503C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40" w:type="pct"/>
          </w:tcPr>
          <w:p w14:paraId="13088A0C" w14:textId="77777777" w:rsidR="00D503C3" w:rsidRPr="002A664E" w:rsidRDefault="00D503C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14:paraId="49A4A37C" w14:textId="77777777" w:rsidR="00D503C3" w:rsidRPr="002A664E" w:rsidRDefault="00D503C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4C209D92" w14:textId="77777777" w:rsidR="00D503C3" w:rsidRPr="002A664E" w:rsidRDefault="00D503C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D503C3" w:rsidRPr="002A664E" w14:paraId="56BB5A58" w14:textId="77777777" w:rsidTr="00D503C3">
        <w:tc>
          <w:tcPr>
            <w:tcW w:w="1250" w:type="pct"/>
          </w:tcPr>
          <w:p w14:paraId="18C4793E" w14:textId="77777777" w:rsidR="00D503C3" w:rsidRPr="002A664E" w:rsidRDefault="00D503C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740" w:type="pct"/>
          </w:tcPr>
          <w:p w14:paraId="446C0A87" w14:textId="77777777" w:rsidR="00D503C3" w:rsidRPr="002A664E" w:rsidRDefault="00D503C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14:paraId="7FDCB00F" w14:textId="77777777" w:rsidR="00D503C3" w:rsidRPr="002A664E" w:rsidRDefault="00D503C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505B398B" w14:textId="77777777" w:rsidR="00D503C3" w:rsidRPr="002A664E" w:rsidRDefault="00D503C3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6C85BB6E" w14:textId="77777777" w:rsidR="003869F9" w:rsidRPr="0033392E" w:rsidRDefault="003869F9" w:rsidP="0074717E">
      <w:pPr>
        <w:pStyle w:val="Heading1"/>
        <w:spacing w:before="0" w:line="240" w:lineRule="auto"/>
        <w:rPr>
          <w:rFonts w:ascii="Times New Roman" w:hAnsi="Times New Roman" w:cs="Times New Roman"/>
          <w:sz w:val="10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85D9B" w:rsidRPr="002A664E" w14:paraId="498DC406" w14:textId="77777777" w:rsidTr="00147FE2">
        <w:tc>
          <w:tcPr>
            <w:tcW w:w="11016" w:type="dxa"/>
            <w:shd w:val="clear" w:color="auto" w:fill="244061" w:themeFill="accent1" w:themeFillShade="80"/>
          </w:tcPr>
          <w:p w14:paraId="61746684" w14:textId="77777777" w:rsidR="002B755D" w:rsidRPr="002A664E" w:rsidRDefault="002B755D" w:rsidP="00BB1B25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>Resea</w:t>
            </w:r>
            <w:r w:rsidR="00BB1B25" w:rsidRPr="002A664E">
              <w:rPr>
                <w:rFonts w:ascii="Times New Roman" w:hAnsi="Times New Roman" w:cs="Times New Roman"/>
                <w:color w:val="FFFFFF" w:themeColor="background1"/>
              </w:rPr>
              <w:t>rch Projects/Grants and Funding</w:t>
            </w:r>
          </w:p>
        </w:tc>
      </w:tr>
    </w:tbl>
    <w:p w14:paraId="5EA5ED80" w14:textId="77777777" w:rsidR="002B755D" w:rsidRPr="0033392E" w:rsidRDefault="002B755D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8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3631"/>
        <w:gridCol w:w="1852"/>
        <w:gridCol w:w="1938"/>
        <w:gridCol w:w="1211"/>
        <w:gridCol w:w="2158"/>
      </w:tblGrid>
      <w:tr w:rsidR="002B0326" w:rsidRPr="002A664E" w14:paraId="2ED79F4C" w14:textId="77777777" w:rsidTr="00D503C3">
        <w:tc>
          <w:tcPr>
            <w:tcW w:w="1683" w:type="pct"/>
            <w:shd w:val="clear" w:color="auto" w:fill="DDD9C3" w:themeFill="background2" w:themeFillShade="E6"/>
          </w:tcPr>
          <w:p w14:paraId="1E9520BE" w14:textId="77777777" w:rsidR="002B0326" w:rsidRPr="00635299" w:rsidRDefault="002B0326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Project Title</w:t>
            </w:r>
          </w:p>
        </w:tc>
        <w:tc>
          <w:tcPr>
            <w:tcW w:w="858" w:type="pct"/>
            <w:shd w:val="clear" w:color="auto" w:fill="DDD9C3" w:themeFill="background2" w:themeFillShade="E6"/>
          </w:tcPr>
          <w:p w14:paraId="5A15D950" w14:textId="77777777" w:rsidR="002B0326" w:rsidRPr="00635299" w:rsidRDefault="002B0326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Funding Agency</w:t>
            </w:r>
          </w:p>
        </w:tc>
        <w:tc>
          <w:tcPr>
            <w:tcW w:w="898" w:type="pct"/>
            <w:shd w:val="clear" w:color="auto" w:fill="DDD9C3" w:themeFill="background2" w:themeFillShade="E6"/>
          </w:tcPr>
          <w:p w14:paraId="133EA60F" w14:textId="77777777" w:rsidR="002B0326" w:rsidRPr="00635299" w:rsidRDefault="002B0326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Amount</w:t>
            </w:r>
            <w:r w:rsidR="00D503C3">
              <w:rPr>
                <w:rFonts w:ascii="Times New Roman" w:hAnsi="Times New Roman" w:cs="Times New Roman"/>
                <w:b/>
              </w:rPr>
              <w:t xml:space="preserve"> (millions)</w:t>
            </w:r>
          </w:p>
        </w:tc>
        <w:tc>
          <w:tcPr>
            <w:tcW w:w="561" w:type="pct"/>
            <w:shd w:val="clear" w:color="auto" w:fill="DDD9C3" w:themeFill="background2" w:themeFillShade="E6"/>
          </w:tcPr>
          <w:p w14:paraId="657558AD" w14:textId="77777777" w:rsidR="002B0326" w:rsidRPr="00635299" w:rsidRDefault="002B0326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Years</w:t>
            </w:r>
          </w:p>
        </w:tc>
        <w:tc>
          <w:tcPr>
            <w:tcW w:w="1000" w:type="pct"/>
            <w:shd w:val="clear" w:color="auto" w:fill="DDD9C3" w:themeFill="background2" w:themeFillShade="E6"/>
          </w:tcPr>
          <w:p w14:paraId="61D7CCC5" w14:textId="77777777" w:rsidR="002B0326" w:rsidRPr="002A664E" w:rsidRDefault="002B0326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Role</w:t>
            </w:r>
          </w:p>
        </w:tc>
      </w:tr>
      <w:tr w:rsidR="002B0326" w:rsidRPr="002A664E" w14:paraId="1BFE1F64" w14:textId="77777777" w:rsidTr="00D503C3">
        <w:tc>
          <w:tcPr>
            <w:tcW w:w="1683" w:type="pct"/>
          </w:tcPr>
          <w:p w14:paraId="2106F882" w14:textId="77777777" w:rsidR="002B0326" w:rsidRPr="002A664E" w:rsidRDefault="002B032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23785B29" w14:textId="77777777" w:rsidR="002B0326" w:rsidRPr="002A664E" w:rsidRDefault="002B032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898" w:type="pct"/>
          </w:tcPr>
          <w:p w14:paraId="5B4DF5C1" w14:textId="77777777" w:rsidR="002B0326" w:rsidRPr="002A664E" w:rsidRDefault="002B032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58D9E05A" w14:textId="77777777" w:rsidR="002B0326" w:rsidRPr="002A664E" w:rsidRDefault="002B032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</w:tcPr>
          <w:p w14:paraId="3980C479" w14:textId="77777777" w:rsidR="002B0326" w:rsidRPr="002A664E" w:rsidRDefault="002B032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D35B8B" w:rsidRPr="002A664E" w14:paraId="0F4FB1C0" w14:textId="77777777" w:rsidTr="00D503C3">
        <w:tc>
          <w:tcPr>
            <w:tcW w:w="1683" w:type="pct"/>
          </w:tcPr>
          <w:p w14:paraId="7F06F31A" w14:textId="77777777" w:rsidR="00D35B8B" w:rsidRPr="002A664E" w:rsidRDefault="00D35B8B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48A919FE" w14:textId="77777777" w:rsidR="00D35B8B" w:rsidRPr="002A664E" w:rsidRDefault="00D35B8B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898" w:type="pct"/>
          </w:tcPr>
          <w:p w14:paraId="1A56EE55" w14:textId="77777777" w:rsidR="00D35B8B" w:rsidRPr="002A664E" w:rsidRDefault="00D35B8B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1401EA2E" w14:textId="77777777" w:rsidR="00D35B8B" w:rsidRPr="002A664E" w:rsidRDefault="00D35B8B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</w:tcPr>
          <w:p w14:paraId="28819C23" w14:textId="77777777" w:rsidR="00D35B8B" w:rsidRPr="002A664E" w:rsidRDefault="00D35B8B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D35B8B" w:rsidRPr="002A664E" w14:paraId="1956D3C1" w14:textId="77777777" w:rsidTr="00D503C3">
        <w:tc>
          <w:tcPr>
            <w:tcW w:w="1683" w:type="pct"/>
          </w:tcPr>
          <w:p w14:paraId="7F62CDB7" w14:textId="77777777" w:rsidR="00D35B8B" w:rsidRPr="002A664E" w:rsidRDefault="00D35B8B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0C7AE3D0" w14:textId="77777777" w:rsidR="00D35B8B" w:rsidRPr="002A664E" w:rsidRDefault="00D35B8B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898" w:type="pct"/>
          </w:tcPr>
          <w:p w14:paraId="61825FA1" w14:textId="77777777" w:rsidR="00D35B8B" w:rsidRPr="002A664E" w:rsidRDefault="00D35B8B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619B7EC0" w14:textId="77777777" w:rsidR="00D35B8B" w:rsidRPr="002A664E" w:rsidRDefault="00D35B8B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</w:tcPr>
          <w:p w14:paraId="255A6EBB" w14:textId="77777777" w:rsidR="00D35B8B" w:rsidRPr="002A664E" w:rsidRDefault="00D35B8B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2B0326" w:rsidRPr="002A664E" w14:paraId="0FAC846A" w14:textId="77777777" w:rsidTr="00D503C3">
        <w:tc>
          <w:tcPr>
            <w:tcW w:w="1683" w:type="pct"/>
          </w:tcPr>
          <w:p w14:paraId="33064218" w14:textId="77777777" w:rsidR="002B0326" w:rsidRPr="002A664E" w:rsidRDefault="002B032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</w:tcPr>
          <w:p w14:paraId="1222684A" w14:textId="77777777" w:rsidR="002B0326" w:rsidRPr="002A664E" w:rsidRDefault="002B032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898" w:type="pct"/>
          </w:tcPr>
          <w:p w14:paraId="4D07A2FE" w14:textId="77777777" w:rsidR="002B0326" w:rsidRPr="002A664E" w:rsidRDefault="002B032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3904C862" w14:textId="77777777" w:rsidR="002B0326" w:rsidRPr="002A664E" w:rsidRDefault="002B032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</w:tcPr>
          <w:p w14:paraId="078836D7" w14:textId="77777777" w:rsidR="002B0326" w:rsidRPr="002A664E" w:rsidRDefault="002B032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686093B9" w14:textId="77777777" w:rsidR="003869F9" w:rsidRPr="0033392E" w:rsidRDefault="003869F9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10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85D9B" w:rsidRPr="002A664E" w14:paraId="6E45B584" w14:textId="77777777" w:rsidTr="00147FE2">
        <w:tc>
          <w:tcPr>
            <w:tcW w:w="11016" w:type="dxa"/>
            <w:shd w:val="clear" w:color="auto" w:fill="244061" w:themeFill="accent1" w:themeFillShade="80"/>
          </w:tcPr>
          <w:p w14:paraId="5C100968" w14:textId="77777777" w:rsidR="002B755D" w:rsidRPr="002A664E" w:rsidRDefault="00BB1B25" w:rsidP="00BB1B25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>University Committees</w:t>
            </w:r>
            <w:r w:rsidR="00112B4C">
              <w:rPr>
                <w:rFonts w:ascii="Times New Roman" w:hAnsi="Times New Roman" w:cs="Times New Roman"/>
                <w:color w:val="FFFFFF" w:themeColor="background1"/>
              </w:rPr>
              <w:t xml:space="preserve"> Memberships </w:t>
            </w:r>
          </w:p>
        </w:tc>
      </w:tr>
    </w:tbl>
    <w:p w14:paraId="035187E3" w14:textId="77777777" w:rsidR="002B755D" w:rsidRPr="0033392E" w:rsidRDefault="002B755D" w:rsidP="007E4DE4">
      <w:pPr>
        <w:keepNext/>
        <w:keepLines/>
        <w:spacing w:after="0"/>
        <w:outlineLvl w:val="0"/>
        <w:rPr>
          <w:rFonts w:ascii="Times New Roman" w:hAnsi="Times New Roman" w:cs="Times New Roman"/>
          <w:sz w:val="12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4426"/>
        <w:gridCol w:w="4232"/>
        <w:gridCol w:w="2132"/>
      </w:tblGrid>
      <w:tr w:rsidR="00F52A6F" w:rsidRPr="002A664E" w14:paraId="36712BC9" w14:textId="77777777" w:rsidTr="00D503C3">
        <w:tc>
          <w:tcPr>
            <w:tcW w:w="2051" w:type="pct"/>
            <w:shd w:val="clear" w:color="auto" w:fill="DDD9C3" w:themeFill="background2" w:themeFillShade="E6"/>
          </w:tcPr>
          <w:p w14:paraId="69D6B78D" w14:textId="77777777" w:rsidR="00F52A6F" w:rsidRPr="00635299" w:rsidRDefault="00F52A6F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Name of Committee</w:t>
            </w:r>
          </w:p>
        </w:tc>
        <w:tc>
          <w:tcPr>
            <w:tcW w:w="1961" w:type="pct"/>
            <w:shd w:val="clear" w:color="auto" w:fill="DDD9C3" w:themeFill="background2" w:themeFillShade="E6"/>
          </w:tcPr>
          <w:p w14:paraId="6D4C7CE1" w14:textId="77777777" w:rsidR="00F52A6F" w:rsidRPr="00635299" w:rsidRDefault="00F52A6F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Role</w:t>
            </w:r>
            <w:r w:rsidR="00EA0CD8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989" w:type="pct"/>
            <w:shd w:val="clear" w:color="auto" w:fill="DDD9C3" w:themeFill="background2" w:themeFillShade="E6"/>
          </w:tcPr>
          <w:p w14:paraId="2A5FC0B8" w14:textId="77777777" w:rsidR="00F52A6F" w:rsidRPr="00635299" w:rsidRDefault="00F52A6F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Year</w:t>
            </w:r>
          </w:p>
        </w:tc>
      </w:tr>
      <w:tr w:rsidR="00F52A6F" w:rsidRPr="002A664E" w14:paraId="218A1A25" w14:textId="77777777" w:rsidTr="00D503C3">
        <w:tc>
          <w:tcPr>
            <w:tcW w:w="2051" w:type="pct"/>
          </w:tcPr>
          <w:p w14:paraId="2EA988CD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961" w:type="pct"/>
          </w:tcPr>
          <w:p w14:paraId="38F1DE97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14:paraId="31F51096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C0DE0" w:rsidRPr="002A664E" w14:paraId="3E67C0E9" w14:textId="77777777" w:rsidTr="00D503C3">
        <w:tc>
          <w:tcPr>
            <w:tcW w:w="2051" w:type="pct"/>
          </w:tcPr>
          <w:p w14:paraId="4A19B424" w14:textId="77777777" w:rsidR="00BC0DE0" w:rsidRPr="002A664E" w:rsidRDefault="00BC0DE0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961" w:type="pct"/>
          </w:tcPr>
          <w:p w14:paraId="5720937B" w14:textId="77777777" w:rsidR="00BC0DE0" w:rsidRPr="002A664E" w:rsidRDefault="00BC0DE0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14:paraId="17C6BDB0" w14:textId="77777777" w:rsidR="00BC0DE0" w:rsidRPr="002A664E" w:rsidRDefault="00BC0DE0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C0DE0" w:rsidRPr="002A664E" w14:paraId="0FC64161" w14:textId="77777777" w:rsidTr="00D503C3">
        <w:tc>
          <w:tcPr>
            <w:tcW w:w="2051" w:type="pct"/>
          </w:tcPr>
          <w:p w14:paraId="2D60786C" w14:textId="77777777" w:rsidR="00BC0DE0" w:rsidRPr="002A664E" w:rsidRDefault="00BC0DE0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961" w:type="pct"/>
          </w:tcPr>
          <w:p w14:paraId="68F88F8A" w14:textId="77777777" w:rsidR="00BC0DE0" w:rsidRPr="002A664E" w:rsidRDefault="00BC0DE0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14:paraId="22A785D7" w14:textId="77777777" w:rsidR="00BC0DE0" w:rsidRPr="002A664E" w:rsidRDefault="00BC0DE0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F52A6F" w:rsidRPr="002A664E" w14:paraId="40E18EF5" w14:textId="77777777" w:rsidTr="00D503C3">
        <w:tc>
          <w:tcPr>
            <w:tcW w:w="2051" w:type="pct"/>
          </w:tcPr>
          <w:p w14:paraId="43C6E986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961" w:type="pct"/>
          </w:tcPr>
          <w:p w14:paraId="40F997DD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14:paraId="4243DF7D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F52A6F" w:rsidRPr="002A664E" w14:paraId="4EDB0931" w14:textId="77777777" w:rsidTr="00D503C3">
        <w:tc>
          <w:tcPr>
            <w:tcW w:w="2051" w:type="pct"/>
          </w:tcPr>
          <w:p w14:paraId="283630F6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961" w:type="pct"/>
          </w:tcPr>
          <w:p w14:paraId="42010CAF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</w:tcPr>
          <w:p w14:paraId="3D505BB5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43FC7FDB" w14:textId="77777777" w:rsidR="003869F9" w:rsidRPr="0033392E" w:rsidRDefault="003869F9" w:rsidP="0074717E">
      <w:pPr>
        <w:pStyle w:val="Heading1"/>
        <w:spacing w:before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85D9B" w:rsidRPr="002A664E" w14:paraId="4ED5A831" w14:textId="77777777" w:rsidTr="00147FE2">
        <w:tc>
          <w:tcPr>
            <w:tcW w:w="11016" w:type="dxa"/>
            <w:shd w:val="clear" w:color="auto" w:fill="244061" w:themeFill="accent1" w:themeFillShade="80"/>
          </w:tcPr>
          <w:p w14:paraId="48C1D358" w14:textId="77777777" w:rsidR="002B755D" w:rsidRPr="002A664E" w:rsidRDefault="00BB1B25" w:rsidP="00BB1B25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>Memberships</w:t>
            </w:r>
            <w:r w:rsidR="00092D72">
              <w:rPr>
                <w:rFonts w:ascii="Times New Roman" w:hAnsi="Times New Roman" w:cs="Times New Roman"/>
                <w:color w:val="FFFFFF" w:themeColor="background1"/>
              </w:rPr>
              <w:t xml:space="preserve"> of Professional Organizations </w:t>
            </w:r>
          </w:p>
        </w:tc>
      </w:tr>
    </w:tbl>
    <w:p w14:paraId="75A235BE" w14:textId="77777777" w:rsidR="002B755D" w:rsidRPr="0033392E" w:rsidRDefault="002B755D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10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4426"/>
        <w:gridCol w:w="6364"/>
      </w:tblGrid>
      <w:tr w:rsidR="003869F9" w:rsidRPr="002A664E" w14:paraId="6611F113" w14:textId="77777777" w:rsidTr="00EA0CD8">
        <w:tc>
          <w:tcPr>
            <w:tcW w:w="2051" w:type="pct"/>
            <w:shd w:val="clear" w:color="auto" w:fill="DDD9C3" w:themeFill="background2" w:themeFillShade="E6"/>
          </w:tcPr>
          <w:p w14:paraId="6AF4A0F9" w14:textId="77777777" w:rsidR="003869F9" w:rsidRPr="00635299" w:rsidRDefault="00D503C3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Name of </w:t>
            </w:r>
            <w:r w:rsidR="00D35714" w:rsidRPr="002A664E">
              <w:rPr>
                <w:rFonts w:ascii="Times New Roman" w:hAnsi="Times New Roman" w:cs="Times New Roman"/>
                <w:b/>
              </w:rPr>
              <w:t>Organization</w:t>
            </w:r>
          </w:p>
        </w:tc>
        <w:tc>
          <w:tcPr>
            <w:tcW w:w="2949" w:type="pct"/>
            <w:shd w:val="clear" w:color="auto" w:fill="DDD9C3" w:themeFill="background2" w:themeFillShade="E6"/>
          </w:tcPr>
          <w:p w14:paraId="45D0607A" w14:textId="77777777" w:rsidR="003869F9" w:rsidRPr="00635299" w:rsidRDefault="00D35714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Role</w:t>
            </w:r>
            <w:r w:rsidR="00D35B8B" w:rsidRPr="002A664E">
              <w:rPr>
                <w:rFonts w:ascii="Times New Roman" w:hAnsi="Times New Roman" w:cs="Times New Roman"/>
                <w:b/>
              </w:rPr>
              <w:t>s</w:t>
            </w:r>
          </w:p>
        </w:tc>
      </w:tr>
      <w:tr w:rsidR="003869F9" w:rsidRPr="002A664E" w14:paraId="2A0AE02C" w14:textId="77777777" w:rsidTr="00EA0CD8">
        <w:tc>
          <w:tcPr>
            <w:tcW w:w="2051" w:type="pct"/>
          </w:tcPr>
          <w:p w14:paraId="595A4E0D" w14:textId="77777777" w:rsidR="003869F9" w:rsidRPr="002A664E" w:rsidRDefault="003869F9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949" w:type="pct"/>
          </w:tcPr>
          <w:p w14:paraId="787134FE" w14:textId="77777777" w:rsidR="003869F9" w:rsidRPr="002A664E" w:rsidRDefault="003869F9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C0DE0" w:rsidRPr="002A664E" w14:paraId="72286B2E" w14:textId="77777777" w:rsidTr="00EA0CD8">
        <w:tc>
          <w:tcPr>
            <w:tcW w:w="2051" w:type="pct"/>
          </w:tcPr>
          <w:p w14:paraId="7E46C109" w14:textId="77777777" w:rsidR="00BC0DE0" w:rsidRPr="002A664E" w:rsidRDefault="00BC0DE0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949" w:type="pct"/>
          </w:tcPr>
          <w:p w14:paraId="7B687A4A" w14:textId="77777777" w:rsidR="00BC0DE0" w:rsidRPr="002A664E" w:rsidRDefault="00BC0DE0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C0DE0" w:rsidRPr="002A664E" w14:paraId="12D48879" w14:textId="77777777" w:rsidTr="00EA0CD8">
        <w:tc>
          <w:tcPr>
            <w:tcW w:w="2051" w:type="pct"/>
          </w:tcPr>
          <w:p w14:paraId="13A4BF1F" w14:textId="77777777" w:rsidR="00BC0DE0" w:rsidRPr="002A664E" w:rsidRDefault="00BC0DE0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949" w:type="pct"/>
          </w:tcPr>
          <w:p w14:paraId="3244C208" w14:textId="77777777" w:rsidR="00BC0DE0" w:rsidRPr="002A664E" w:rsidRDefault="00BC0DE0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869F9" w:rsidRPr="002A664E" w14:paraId="0CE149FF" w14:textId="77777777" w:rsidTr="00EA0CD8">
        <w:tc>
          <w:tcPr>
            <w:tcW w:w="2051" w:type="pct"/>
          </w:tcPr>
          <w:p w14:paraId="7E843C15" w14:textId="77777777" w:rsidR="003869F9" w:rsidRPr="002A664E" w:rsidRDefault="003869F9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949" w:type="pct"/>
          </w:tcPr>
          <w:p w14:paraId="3201DF53" w14:textId="77777777" w:rsidR="003869F9" w:rsidRPr="002A664E" w:rsidRDefault="003869F9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869F9" w:rsidRPr="002A664E" w14:paraId="7427A473" w14:textId="77777777" w:rsidTr="00EA0CD8">
        <w:tc>
          <w:tcPr>
            <w:tcW w:w="2051" w:type="pct"/>
          </w:tcPr>
          <w:p w14:paraId="39E0831E" w14:textId="77777777" w:rsidR="003869F9" w:rsidRPr="002A664E" w:rsidRDefault="003869F9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949" w:type="pct"/>
          </w:tcPr>
          <w:p w14:paraId="7512FAAD" w14:textId="77777777" w:rsidR="003869F9" w:rsidRPr="002A664E" w:rsidRDefault="003869F9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2FDCB54E" w14:textId="77777777" w:rsidR="003869F9" w:rsidRPr="0033392E" w:rsidRDefault="003869F9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10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85D9B" w:rsidRPr="002A664E" w14:paraId="291CC6BF" w14:textId="77777777" w:rsidTr="00147FE2">
        <w:tc>
          <w:tcPr>
            <w:tcW w:w="11016" w:type="dxa"/>
            <w:shd w:val="clear" w:color="auto" w:fill="244061" w:themeFill="accent1" w:themeFillShade="80"/>
          </w:tcPr>
          <w:p w14:paraId="41244FF8" w14:textId="77777777" w:rsidR="002B755D" w:rsidRPr="002A664E" w:rsidRDefault="002B755D" w:rsidP="00BB1B25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>Editorial Board / Reviewer Roles</w:t>
            </w:r>
          </w:p>
        </w:tc>
      </w:tr>
    </w:tbl>
    <w:p w14:paraId="50014535" w14:textId="77777777" w:rsidR="002B755D" w:rsidRPr="0033392E" w:rsidRDefault="002B755D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10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4411"/>
        <w:gridCol w:w="2725"/>
        <w:gridCol w:w="2041"/>
        <w:gridCol w:w="1613"/>
      </w:tblGrid>
      <w:tr w:rsidR="00F52A6F" w:rsidRPr="002A664E" w14:paraId="7488763F" w14:textId="77777777" w:rsidTr="008A3B9F">
        <w:tc>
          <w:tcPr>
            <w:tcW w:w="4411" w:type="dxa"/>
            <w:shd w:val="clear" w:color="auto" w:fill="DDD9C3" w:themeFill="background2" w:themeFillShade="E6"/>
          </w:tcPr>
          <w:p w14:paraId="5BC8E874" w14:textId="77777777" w:rsidR="00F52A6F" w:rsidRPr="00635299" w:rsidRDefault="0031521A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Name of </w:t>
            </w:r>
            <w:r w:rsidR="00F52A6F" w:rsidRPr="002A664E">
              <w:rPr>
                <w:rFonts w:ascii="Times New Roman" w:hAnsi="Times New Roman" w:cs="Times New Roman"/>
                <w:b/>
              </w:rPr>
              <w:t>Journal</w:t>
            </w:r>
          </w:p>
        </w:tc>
        <w:tc>
          <w:tcPr>
            <w:tcW w:w="2725" w:type="dxa"/>
            <w:shd w:val="clear" w:color="auto" w:fill="DDD9C3" w:themeFill="background2" w:themeFillShade="E6"/>
          </w:tcPr>
          <w:p w14:paraId="458AA10D" w14:textId="77777777" w:rsidR="00F52A6F" w:rsidRPr="00635299" w:rsidRDefault="00F52A6F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Role</w:t>
            </w:r>
          </w:p>
        </w:tc>
        <w:tc>
          <w:tcPr>
            <w:tcW w:w="2041" w:type="dxa"/>
            <w:shd w:val="clear" w:color="auto" w:fill="DDD9C3" w:themeFill="background2" w:themeFillShade="E6"/>
          </w:tcPr>
          <w:p w14:paraId="725153AD" w14:textId="77777777" w:rsidR="00F52A6F" w:rsidRPr="002A664E" w:rsidRDefault="00F52A6F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Publisher</w:t>
            </w:r>
          </w:p>
        </w:tc>
        <w:tc>
          <w:tcPr>
            <w:tcW w:w="1613" w:type="dxa"/>
            <w:shd w:val="clear" w:color="auto" w:fill="DDD9C3" w:themeFill="background2" w:themeFillShade="E6"/>
          </w:tcPr>
          <w:p w14:paraId="3503F987" w14:textId="77777777" w:rsidR="00F52A6F" w:rsidRPr="00635299" w:rsidRDefault="0031521A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Since (Year)</w:t>
            </w:r>
          </w:p>
        </w:tc>
      </w:tr>
      <w:tr w:rsidR="00F52A6F" w:rsidRPr="002A664E" w14:paraId="05F919BF" w14:textId="77777777" w:rsidTr="008A3B9F">
        <w:tc>
          <w:tcPr>
            <w:tcW w:w="4411" w:type="dxa"/>
          </w:tcPr>
          <w:p w14:paraId="322D56A8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725" w:type="dxa"/>
          </w:tcPr>
          <w:p w14:paraId="106249F8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14:paraId="25BC67E4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47EA6387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F552B6" w:rsidRPr="002A664E" w14:paraId="112846ED" w14:textId="77777777" w:rsidTr="008A3B9F">
        <w:tc>
          <w:tcPr>
            <w:tcW w:w="4411" w:type="dxa"/>
          </w:tcPr>
          <w:p w14:paraId="405D76D9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725" w:type="dxa"/>
          </w:tcPr>
          <w:p w14:paraId="5CA54117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14:paraId="4ABEFC87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1BEA9379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F552B6" w:rsidRPr="002A664E" w14:paraId="265C02BF" w14:textId="77777777" w:rsidTr="008A3B9F">
        <w:tc>
          <w:tcPr>
            <w:tcW w:w="4411" w:type="dxa"/>
          </w:tcPr>
          <w:p w14:paraId="5135ADE4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725" w:type="dxa"/>
          </w:tcPr>
          <w:p w14:paraId="135CDBB9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14:paraId="6C65FE27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1FD415FB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F552B6" w:rsidRPr="002A664E" w14:paraId="0AE46135" w14:textId="77777777" w:rsidTr="008A3B9F">
        <w:tc>
          <w:tcPr>
            <w:tcW w:w="4411" w:type="dxa"/>
          </w:tcPr>
          <w:p w14:paraId="32E21495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725" w:type="dxa"/>
          </w:tcPr>
          <w:p w14:paraId="263C5EA3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14:paraId="75076A21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387F68CD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F552B6" w:rsidRPr="002A664E" w14:paraId="4A7CC65A" w14:textId="77777777" w:rsidTr="008A3B9F">
        <w:tc>
          <w:tcPr>
            <w:tcW w:w="4411" w:type="dxa"/>
          </w:tcPr>
          <w:p w14:paraId="7671F4D5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725" w:type="dxa"/>
          </w:tcPr>
          <w:p w14:paraId="0CCA93A1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14:paraId="528E51E4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</w:tcPr>
          <w:p w14:paraId="38E87FD4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780D1A30" w14:textId="77777777" w:rsidR="003869F9" w:rsidRPr="0033392E" w:rsidRDefault="003869F9" w:rsidP="0074717E">
      <w:pPr>
        <w:pStyle w:val="Heading1"/>
        <w:spacing w:before="0" w:line="240" w:lineRule="auto"/>
        <w:rPr>
          <w:rFonts w:ascii="Times New Roman" w:hAnsi="Times New Roman" w:cs="Times New Roman"/>
          <w:sz w:val="12"/>
        </w:rPr>
      </w:pPr>
    </w:p>
    <w:p w14:paraId="29B2A3DE" w14:textId="77777777" w:rsidR="003869F9" w:rsidRPr="0033392E" w:rsidRDefault="003869F9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12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85D9B" w:rsidRPr="002A664E" w14:paraId="0C1C1A0E" w14:textId="77777777" w:rsidTr="00147FE2">
        <w:tc>
          <w:tcPr>
            <w:tcW w:w="11016" w:type="dxa"/>
            <w:shd w:val="clear" w:color="auto" w:fill="244061" w:themeFill="accent1" w:themeFillShade="80"/>
          </w:tcPr>
          <w:p w14:paraId="45453C03" w14:textId="77777777" w:rsidR="002B755D" w:rsidRPr="002A664E" w:rsidRDefault="002B755D" w:rsidP="00835810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 xml:space="preserve">Technical/Laboratory Skill Set </w:t>
            </w:r>
          </w:p>
        </w:tc>
      </w:tr>
    </w:tbl>
    <w:p w14:paraId="2D205232" w14:textId="77777777" w:rsidR="002B755D" w:rsidRPr="0033392E" w:rsidRDefault="002B755D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10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3869F9" w:rsidRPr="002A664E" w14:paraId="1979098A" w14:textId="77777777" w:rsidTr="00F74FEE">
        <w:tc>
          <w:tcPr>
            <w:tcW w:w="2500" w:type="pct"/>
            <w:shd w:val="clear" w:color="auto" w:fill="DDD9C3" w:themeFill="background2" w:themeFillShade="E6"/>
          </w:tcPr>
          <w:p w14:paraId="4BFE0A1A" w14:textId="77777777" w:rsidR="003869F9" w:rsidRPr="00635299" w:rsidRDefault="00D35714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Skill</w:t>
            </w:r>
            <w:r w:rsidR="00F52A6F" w:rsidRPr="002A664E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2500" w:type="pct"/>
            <w:shd w:val="clear" w:color="auto" w:fill="DDD9C3" w:themeFill="background2" w:themeFillShade="E6"/>
          </w:tcPr>
          <w:p w14:paraId="6BD65B4A" w14:textId="77777777" w:rsidR="003869F9" w:rsidRPr="00635299" w:rsidRDefault="00D16112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Level</w:t>
            </w:r>
            <w:r w:rsidR="00D35B8B" w:rsidRPr="002A664E">
              <w:rPr>
                <w:rFonts w:ascii="Times New Roman" w:hAnsi="Times New Roman" w:cs="Times New Roman"/>
                <w:b/>
              </w:rPr>
              <w:t>s</w:t>
            </w:r>
          </w:p>
        </w:tc>
      </w:tr>
      <w:tr w:rsidR="003869F9" w:rsidRPr="002A664E" w14:paraId="5B67A08E" w14:textId="77777777" w:rsidTr="00F74FEE">
        <w:tc>
          <w:tcPr>
            <w:tcW w:w="2500" w:type="pct"/>
          </w:tcPr>
          <w:p w14:paraId="536FBD16" w14:textId="77777777" w:rsidR="003869F9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 xml:space="preserve">Project Planning </w:t>
            </w:r>
          </w:p>
        </w:tc>
        <w:tc>
          <w:tcPr>
            <w:tcW w:w="2500" w:type="pct"/>
          </w:tcPr>
          <w:p w14:paraId="00B5D98D" w14:textId="77777777" w:rsidR="003869F9" w:rsidRPr="002A664E" w:rsidRDefault="00D16112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proofErr w:type="gramStart"/>
            <w:r w:rsidRPr="002A664E">
              <w:rPr>
                <w:rFonts w:ascii="Times New Roman" w:hAnsi="Times New Roman" w:cs="Times New Roman"/>
              </w:rPr>
              <w:t>Basic ,</w:t>
            </w:r>
            <w:proofErr w:type="gramEnd"/>
            <w:r w:rsidRPr="002A664E">
              <w:rPr>
                <w:rFonts w:ascii="Times New Roman" w:hAnsi="Times New Roman" w:cs="Times New Roman"/>
              </w:rPr>
              <w:t xml:space="preserve"> Intermediate , Advanced , Expert</w:t>
            </w:r>
          </w:p>
        </w:tc>
      </w:tr>
      <w:tr w:rsidR="00F52A6F" w:rsidRPr="002A664E" w14:paraId="4DA9F792" w14:textId="77777777" w:rsidTr="00F74FEE">
        <w:tc>
          <w:tcPr>
            <w:tcW w:w="2500" w:type="pct"/>
          </w:tcPr>
          <w:p w14:paraId="3187597B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 xml:space="preserve">Project Designing and Implementation </w:t>
            </w:r>
          </w:p>
        </w:tc>
        <w:tc>
          <w:tcPr>
            <w:tcW w:w="2500" w:type="pct"/>
          </w:tcPr>
          <w:p w14:paraId="30808639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F52A6F" w:rsidRPr="002A664E" w14:paraId="6F102F56" w14:textId="77777777" w:rsidTr="00F74FEE">
        <w:tc>
          <w:tcPr>
            <w:tcW w:w="2500" w:type="pct"/>
          </w:tcPr>
          <w:p w14:paraId="0C8B8518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 xml:space="preserve">Data Collection Tools Development </w:t>
            </w:r>
          </w:p>
        </w:tc>
        <w:tc>
          <w:tcPr>
            <w:tcW w:w="2500" w:type="pct"/>
          </w:tcPr>
          <w:p w14:paraId="5F7D9028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F52A6F" w:rsidRPr="002A664E" w14:paraId="0E114030" w14:textId="77777777" w:rsidTr="00F74FEE">
        <w:tc>
          <w:tcPr>
            <w:tcW w:w="2500" w:type="pct"/>
          </w:tcPr>
          <w:p w14:paraId="5AF4EA28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 xml:space="preserve">Quantitative Data Analysis </w:t>
            </w:r>
          </w:p>
        </w:tc>
        <w:tc>
          <w:tcPr>
            <w:tcW w:w="2500" w:type="pct"/>
          </w:tcPr>
          <w:p w14:paraId="00C7DA60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869F9" w:rsidRPr="002A664E" w14:paraId="11730B5F" w14:textId="77777777" w:rsidTr="00F74FEE">
        <w:tc>
          <w:tcPr>
            <w:tcW w:w="2500" w:type="pct"/>
          </w:tcPr>
          <w:p w14:paraId="46D82477" w14:textId="77777777" w:rsidR="003869F9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 xml:space="preserve">Qualitative Data Analysis </w:t>
            </w:r>
          </w:p>
        </w:tc>
        <w:tc>
          <w:tcPr>
            <w:tcW w:w="2500" w:type="pct"/>
          </w:tcPr>
          <w:p w14:paraId="6CFBC2F4" w14:textId="77777777" w:rsidR="003869F9" w:rsidRPr="002A664E" w:rsidRDefault="003869F9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869F9" w:rsidRPr="002A664E" w14:paraId="11903706" w14:textId="77777777" w:rsidTr="00F74FEE">
        <w:tc>
          <w:tcPr>
            <w:tcW w:w="2500" w:type="pct"/>
          </w:tcPr>
          <w:p w14:paraId="0587F164" w14:textId="77777777" w:rsidR="003869F9" w:rsidRPr="002A664E" w:rsidRDefault="00092D72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Grant writing </w:t>
            </w:r>
          </w:p>
        </w:tc>
        <w:tc>
          <w:tcPr>
            <w:tcW w:w="2500" w:type="pct"/>
          </w:tcPr>
          <w:p w14:paraId="4B442D71" w14:textId="77777777" w:rsidR="003869F9" w:rsidRPr="002A664E" w:rsidRDefault="003869F9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092D72" w:rsidRPr="002A664E" w14:paraId="09745E3D" w14:textId="77777777" w:rsidTr="00F74FEE">
        <w:tc>
          <w:tcPr>
            <w:tcW w:w="2500" w:type="pct"/>
          </w:tcPr>
          <w:p w14:paraId="649B9507" w14:textId="453AE9F7" w:rsidR="00092D72" w:rsidRPr="002A664E" w:rsidRDefault="008A3B9F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Any other</w:t>
            </w:r>
          </w:p>
        </w:tc>
        <w:tc>
          <w:tcPr>
            <w:tcW w:w="2500" w:type="pct"/>
          </w:tcPr>
          <w:p w14:paraId="3FB1220F" w14:textId="77777777" w:rsidR="00092D72" w:rsidRPr="002A664E" w:rsidRDefault="00092D72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2ADCA916" w14:textId="77777777" w:rsidR="00B1288D" w:rsidRPr="0033392E" w:rsidRDefault="00B1288D" w:rsidP="0074717E">
      <w:pPr>
        <w:pStyle w:val="Heading1"/>
        <w:spacing w:before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85D9B" w:rsidRPr="002A664E" w14:paraId="79DBFE16" w14:textId="77777777" w:rsidTr="00147FE2">
        <w:tc>
          <w:tcPr>
            <w:tcW w:w="11016" w:type="dxa"/>
            <w:shd w:val="clear" w:color="auto" w:fill="244061" w:themeFill="accent1" w:themeFillShade="80"/>
          </w:tcPr>
          <w:p w14:paraId="6E4F78D9" w14:textId="77777777" w:rsidR="002B755D" w:rsidRPr="002A664E" w:rsidRDefault="00BB1B25" w:rsidP="00112B4C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>Certifications</w:t>
            </w:r>
            <w:r w:rsidR="00112B4C">
              <w:rPr>
                <w:rFonts w:ascii="Times New Roman" w:hAnsi="Times New Roman" w:cs="Times New Roman"/>
                <w:color w:val="FFFFFF" w:themeColor="background1"/>
              </w:rPr>
              <w:t xml:space="preserve">/Diplomas (National/International </w:t>
            </w:r>
            <w:r w:rsidR="00334CF3">
              <w:rPr>
                <w:rFonts w:ascii="Times New Roman" w:hAnsi="Times New Roman" w:cs="Times New Roman"/>
                <w:color w:val="FFFFFF" w:themeColor="background1"/>
              </w:rPr>
              <w:t>Organizations</w:t>
            </w:r>
            <w:r w:rsidR="00112B4C">
              <w:rPr>
                <w:rFonts w:ascii="Times New Roman" w:hAnsi="Times New Roman" w:cs="Times New Roman"/>
                <w:color w:val="FFFFFF" w:themeColor="background1"/>
              </w:rPr>
              <w:t>)</w:t>
            </w:r>
            <w:r w:rsidR="00334CF3">
              <w:rPr>
                <w:rFonts w:ascii="Times New Roman" w:hAnsi="Times New Roman" w:cs="Times New Roman"/>
                <w:color w:val="FFFFFF" w:themeColor="background1"/>
              </w:rPr>
              <w:t xml:space="preserve">  </w:t>
            </w:r>
          </w:p>
        </w:tc>
      </w:tr>
    </w:tbl>
    <w:p w14:paraId="07AF8982" w14:textId="77777777" w:rsidR="002B755D" w:rsidRPr="0033392E" w:rsidRDefault="002B755D" w:rsidP="007E4DE4">
      <w:pPr>
        <w:keepNext/>
        <w:keepLines/>
        <w:spacing w:after="0"/>
        <w:outlineLvl w:val="0"/>
        <w:rPr>
          <w:rFonts w:ascii="Times New Roman" w:hAnsi="Times New Roman" w:cs="Times New Roman"/>
          <w:sz w:val="8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3598"/>
        <w:gridCol w:w="3597"/>
        <w:gridCol w:w="3595"/>
      </w:tblGrid>
      <w:tr w:rsidR="00B1288D" w:rsidRPr="002A664E" w14:paraId="1C2D40A9" w14:textId="77777777" w:rsidTr="00092D72">
        <w:tc>
          <w:tcPr>
            <w:tcW w:w="1667" w:type="pct"/>
            <w:shd w:val="clear" w:color="auto" w:fill="DDD9C3" w:themeFill="background2" w:themeFillShade="E6"/>
          </w:tcPr>
          <w:p w14:paraId="743AE8E9" w14:textId="77777777" w:rsidR="00B1288D" w:rsidRPr="00635299" w:rsidRDefault="00334CF3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635299">
              <w:rPr>
                <w:rFonts w:ascii="Times New Roman" w:hAnsi="Times New Roman" w:cs="Times New Roman"/>
                <w:b/>
              </w:rPr>
              <w:t xml:space="preserve">Title of </w:t>
            </w:r>
            <w:r w:rsidR="00B1288D" w:rsidRPr="00635299">
              <w:rPr>
                <w:rFonts w:ascii="Times New Roman" w:hAnsi="Times New Roman" w:cs="Times New Roman"/>
                <w:b/>
              </w:rPr>
              <w:t>Certificate</w:t>
            </w:r>
          </w:p>
        </w:tc>
        <w:tc>
          <w:tcPr>
            <w:tcW w:w="1667" w:type="pct"/>
            <w:shd w:val="clear" w:color="auto" w:fill="DDD9C3" w:themeFill="background2" w:themeFillShade="E6"/>
          </w:tcPr>
          <w:p w14:paraId="130624B0" w14:textId="77777777" w:rsidR="00B1288D" w:rsidRPr="00635299" w:rsidRDefault="00334CF3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635299">
              <w:rPr>
                <w:rFonts w:ascii="Times New Roman" w:hAnsi="Times New Roman" w:cs="Times New Roman"/>
                <w:b/>
              </w:rPr>
              <w:t xml:space="preserve">Organizations </w:t>
            </w:r>
          </w:p>
        </w:tc>
        <w:tc>
          <w:tcPr>
            <w:tcW w:w="1666" w:type="pct"/>
            <w:shd w:val="clear" w:color="auto" w:fill="DDD9C3" w:themeFill="background2" w:themeFillShade="E6"/>
          </w:tcPr>
          <w:p w14:paraId="6DBA3918" w14:textId="77777777" w:rsidR="00B1288D" w:rsidRPr="00635299" w:rsidRDefault="00B1288D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635299">
              <w:rPr>
                <w:rFonts w:ascii="Times New Roman" w:hAnsi="Times New Roman" w:cs="Times New Roman"/>
                <w:b/>
              </w:rPr>
              <w:t>Year</w:t>
            </w:r>
          </w:p>
        </w:tc>
      </w:tr>
      <w:tr w:rsidR="00B1288D" w:rsidRPr="002A664E" w14:paraId="208E9877" w14:textId="77777777" w:rsidTr="00092D72">
        <w:tc>
          <w:tcPr>
            <w:tcW w:w="1667" w:type="pct"/>
          </w:tcPr>
          <w:p w14:paraId="0F165F73" w14:textId="76F09CC0" w:rsidR="00B1288D" w:rsidRPr="002A664E" w:rsidRDefault="00DB5953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 </w:t>
            </w:r>
            <w:r w:rsidR="008A3B9F">
              <w:rPr>
                <w:rFonts w:ascii="Times New Roman" w:hAnsi="Times New Roman" w:cs="Times New Roman"/>
              </w:rPr>
              <w:t>example,</w:t>
            </w:r>
            <w:r>
              <w:rPr>
                <w:rFonts w:ascii="Times New Roman" w:hAnsi="Times New Roman" w:cs="Times New Roman"/>
              </w:rPr>
              <w:t xml:space="preserve"> Coursera </w:t>
            </w:r>
            <w:r w:rsidR="008A3B9F">
              <w:rPr>
                <w:rFonts w:ascii="Times New Roman" w:hAnsi="Times New Roman" w:cs="Times New Roman"/>
              </w:rPr>
              <w:t>etc.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667" w:type="pct"/>
          </w:tcPr>
          <w:p w14:paraId="68588043" w14:textId="77777777" w:rsidR="00B1288D" w:rsidRPr="002A664E" w:rsidRDefault="00B1288D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66" w:type="pct"/>
          </w:tcPr>
          <w:p w14:paraId="263D811A" w14:textId="77777777" w:rsidR="00B1288D" w:rsidRPr="002A664E" w:rsidRDefault="00B1288D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F552B6" w:rsidRPr="002A664E" w14:paraId="49385D7A" w14:textId="77777777" w:rsidTr="00092D72">
        <w:tc>
          <w:tcPr>
            <w:tcW w:w="1667" w:type="pct"/>
          </w:tcPr>
          <w:p w14:paraId="197BD4CA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67" w:type="pct"/>
          </w:tcPr>
          <w:p w14:paraId="3E9F0EC4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66" w:type="pct"/>
          </w:tcPr>
          <w:p w14:paraId="770656AF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F552B6" w:rsidRPr="002A664E" w14:paraId="0D77DEA6" w14:textId="77777777" w:rsidTr="00092D72">
        <w:tc>
          <w:tcPr>
            <w:tcW w:w="1667" w:type="pct"/>
          </w:tcPr>
          <w:p w14:paraId="1266EC5C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67" w:type="pct"/>
          </w:tcPr>
          <w:p w14:paraId="11865380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66" w:type="pct"/>
          </w:tcPr>
          <w:p w14:paraId="693E1350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F552B6" w:rsidRPr="002A664E" w14:paraId="756DED89" w14:textId="77777777" w:rsidTr="00092D72">
        <w:tc>
          <w:tcPr>
            <w:tcW w:w="1667" w:type="pct"/>
          </w:tcPr>
          <w:p w14:paraId="4AA54013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67" w:type="pct"/>
          </w:tcPr>
          <w:p w14:paraId="4097F477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666" w:type="pct"/>
          </w:tcPr>
          <w:p w14:paraId="208A51B9" w14:textId="77777777" w:rsidR="00F552B6" w:rsidRPr="002A664E" w:rsidRDefault="00F552B6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153E9DFA" w14:textId="77777777" w:rsidR="003869F9" w:rsidRPr="0033392E" w:rsidRDefault="003869F9" w:rsidP="0074717E">
      <w:pPr>
        <w:pStyle w:val="Heading1"/>
        <w:spacing w:before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85D9B" w:rsidRPr="002A664E" w14:paraId="7CA2199E" w14:textId="77777777" w:rsidTr="00147FE2">
        <w:tc>
          <w:tcPr>
            <w:tcW w:w="11016" w:type="dxa"/>
            <w:shd w:val="clear" w:color="auto" w:fill="244061" w:themeFill="accent1" w:themeFillShade="80"/>
          </w:tcPr>
          <w:p w14:paraId="1E3F4761" w14:textId="77777777" w:rsidR="002B755D" w:rsidRPr="002A664E" w:rsidRDefault="00BB1B25" w:rsidP="00BB1B25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>Languages</w:t>
            </w:r>
            <w:r w:rsidR="00635299">
              <w:rPr>
                <w:rFonts w:ascii="Times New Roman" w:hAnsi="Times New Roman" w:cs="Times New Roman"/>
                <w:color w:val="FFFFFF" w:themeColor="background1"/>
              </w:rPr>
              <w:t xml:space="preserve"> Proficiency </w:t>
            </w:r>
          </w:p>
        </w:tc>
      </w:tr>
    </w:tbl>
    <w:p w14:paraId="71BDCA3E" w14:textId="77777777" w:rsidR="002B755D" w:rsidRPr="0033392E" w:rsidRDefault="002B755D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10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3869F9" w:rsidRPr="002A664E" w14:paraId="2A89970E" w14:textId="77777777" w:rsidTr="00635299">
        <w:tc>
          <w:tcPr>
            <w:tcW w:w="2500" w:type="pct"/>
            <w:shd w:val="clear" w:color="auto" w:fill="DDD9C3" w:themeFill="background2" w:themeFillShade="E6"/>
            <w:vAlign w:val="center"/>
          </w:tcPr>
          <w:p w14:paraId="19049281" w14:textId="77777777" w:rsidR="003869F9" w:rsidRPr="002A664E" w:rsidRDefault="00D35714" w:rsidP="00635299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  <w:b/>
              </w:rPr>
              <w:t>Language</w:t>
            </w:r>
          </w:p>
        </w:tc>
        <w:tc>
          <w:tcPr>
            <w:tcW w:w="2500" w:type="pct"/>
            <w:shd w:val="clear" w:color="auto" w:fill="DDD9C3" w:themeFill="background2" w:themeFillShade="E6"/>
            <w:vAlign w:val="center"/>
          </w:tcPr>
          <w:p w14:paraId="5F751A94" w14:textId="77777777" w:rsidR="003869F9" w:rsidRPr="002A664E" w:rsidRDefault="00D35714" w:rsidP="00635299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  <w:b/>
              </w:rPr>
              <w:t>Proficiency</w:t>
            </w:r>
          </w:p>
        </w:tc>
      </w:tr>
      <w:tr w:rsidR="003869F9" w:rsidRPr="002A664E" w14:paraId="20C5D377" w14:textId="77777777" w:rsidTr="00F74FEE">
        <w:tc>
          <w:tcPr>
            <w:tcW w:w="2500" w:type="pct"/>
          </w:tcPr>
          <w:p w14:paraId="7B74AE27" w14:textId="77777777" w:rsidR="003869F9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 xml:space="preserve">English </w:t>
            </w:r>
          </w:p>
        </w:tc>
        <w:tc>
          <w:tcPr>
            <w:tcW w:w="2500" w:type="pct"/>
          </w:tcPr>
          <w:p w14:paraId="464A059B" w14:textId="77777777" w:rsidR="003869F9" w:rsidRPr="002A664E" w:rsidRDefault="00D16112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 xml:space="preserve">Read, write, understand, speak </w:t>
            </w:r>
          </w:p>
        </w:tc>
      </w:tr>
      <w:tr w:rsidR="00F52A6F" w:rsidRPr="002A664E" w14:paraId="3108757E" w14:textId="77777777" w:rsidTr="00F74FEE">
        <w:tc>
          <w:tcPr>
            <w:tcW w:w="2500" w:type="pct"/>
          </w:tcPr>
          <w:p w14:paraId="604E52FF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Urdu</w:t>
            </w:r>
          </w:p>
        </w:tc>
        <w:tc>
          <w:tcPr>
            <w:tcW w:w="2500" w:type="pct"/>
          </w:tcPr>
          <w:p w14:paraId="37D2E784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F52A6F" w:rsidRPr="002A664E" w14:paraId="06F22482" w14:textId="77777777" w:rsidTr="00F74FEE">
        <w:tc>
          <w:tcPr>
            <w:tcW w:w="2500" w:type="pct"/>
          </w:tcPr>
          <w:p w14:paraId="2C9021A4" w14:textId="55DAC270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 xml:space="preserve">Balochi </w:t>
            </w:r>
            <w:r w:rsidR="008A3B9F">
              <w:rPr>
                <w:rFonts w:ascii="Times New Roman" w:hAnsi="Times New Roman" w:cs="Times New Roman"/>
              </w:rPr>
              <w:t xml:space="preserve">/ </w:t>
            </w:r>
            <w:r w:rsidR="008A3B9F" w:rsidRPr="002A664E">
              <w:rPr>
                <w:rFonts w:ascii="Times New Roman" w:hAnsi="Times New Roman" w:cs="Times New Roman"/>
              </w:rPr>
              <w:t>Pashto</w:t>
            </w:r>
            <w:r w:rsidR="008A3B9F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="008A3B9F" w:rsidRPr="002A664E">
              <w:rPr>
                <w:rFonts w:ascii="Times New Roman" w:hAnsi="Times New Roman" w:cs="Times New Roman"/>
              </w:rPr>
              <w:t>Brahvi</w:t>
            </w:r>
            <w:proofErr w:type="spellEnd"/>
            <w:r w:rsidR="008A3B9F">
              <w:rPr>
                <w:rFonts w:ascii="Times New Roman" w:hAnsi="Times New Roman" w:cs="Times New Roman"/>
              </w:rPr>
              <w:t xml:space="preserve">/ Sindhi/ </w:t>
            </w:r>
            <w:r w:rsidR="008A3B9F" w:rsidRPr="002A664E">
              <w:rPr>
                <w:rFonts w:ascii="Times New Roman" w:hAnsi="Times New Roman" w:cs="Times New Roman"/>
              </w:rPr>
              <w:t>Punjabi</w:t>
            </w:r>
          </w:p>
        </w:tc>
        <w:tc>
          <w:tcPr>
            <w:tcW w:w="2500" w:type="pct"/>
          </w:tcPr>
          <w:p w14:paraId="30675344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F52A6F" w:rsidRPr="002A664E" w14:paraId="4B4F4809" w14:textId="77777777" w:rsidTr="00F74FEE">
        <w:tc>
          <w:tcPr>
            <w:tcW w:w="2500" w:type="pct"/>
          </w:tcPr>
          <w:p w14:paraId="126F49AC" w14:textId="1C068F12" w:rsidR="00F52A6F" w:rsidRPr="002A664E" w:rsidRDefault="008A3B9F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2500" w:type="pct"/>
          </w:tcPr>
          <w:p w14:paraId="526A1909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3FD39F21" w14:textId="77777777" w:rsidR="003869F9" w:rsidRPr="0033392E" w:rsidRDefault="003869F9" w:rsidP="0074717E">
      <w:pPr>
        <w:pStyle w:val="Heading1"/>
        <w:spacing w:before="0" w:line="240" w:lineRule="auto"/>
        <w:rPr>
          <w:rFonts w:ascii="Times New Roman" w:hAnsi="Times New Roman" w:cs="Times New Roman"/>
          <w:sz w:val="10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85D9B" w:rsidRPr="002A664E" w14:paraId="0D730229" w14:textId="77777777" w:rsidTr="00147FE2">
        <w:tc>
          <w:tcPr>
            <w:tcW w:w="11016" w:type="dxa"/>
            <w:shd w:val="clear" w:color="auto" w:fill="244061" w:themeFill="accent1" w:themeFillShade="80"/>
          </w:tcPr>
          <w:p w14:paraId="348C8264" w14:textId="77777777" w:rsidR="002B755D" w:rsidRPr="002A664E" w:rsidRDefault="002B755D" w:rsidP="00835810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proofErr w:type="spellStart"/>
            <w:r w:rsidRPr="002A664E">
              <w:rPr>
                <w:rFonts w:ascii="Times New Roman" w:hAnsi="Times New Roman" w:cs="Times New Roman"/>
                <w:color w:val="FFFFFF" w:themeColor="background1"/>
              </w:rPr>
              <w:t>Softwares</w:t>
            </w:r>
            <w:proofErr w:type="spellEnd"/>
            <w:r w:rsidRPr="002A664E">
              <w:rPr>
                <w:rFonts w:ascii="Times New Roman" w:hAnsi="Times New Roman" w:cs="Times New Roman"/>
                <w:color w:val="FFFFFF" w:themeColor="background1"/>
              </w:rPr>
              <w:t>/ Analytical Tools</w:t>
            </w:r>
          </w:p>
        </w:tc>
      </w:tr>
    </w:tbl>
    <w:p w14:paraId="10268B7B" w14:textId="77777777" w:rsidR="002B755D" w:rsidRPr="0033392E" w:rsidRDefault="002B755D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8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3869F9" w:rsidRPr="002A664E" w14:paraId="32287CCD" w14:textId="77777777" w:rsidTr="00F74FEE">
        <w:tc>
          <w:tcPr>
            <w:tcW w:w="2500" w:type="pct"/>
            <w:shd w:val="clear" w:color="auto" w:fill="DDD9C3" w:themeFill="background2" w:themeFillShade="E6"/>
          </w:tcPr>
          <w:p w14:paraId="31C1A415" w14:textId="77777777" w:rsidR="003869F9" w:rsidRPr="00635299" w:rsidRDefault="00D35714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Software</w:t>
            </w:r>
          </w:p>
        </w:tc>
        <w:tc>
          <w:tcPr>
            <w:tcW w:w="2500" w:type="pct"/>
            <w:shd w:val="clear" w:color="auto" w:fill="DDD9C3" w:themeFill="background2" w:themeFillShade="E6"/>
          </w:tcPr>
          <w:p w14:paraId="6CC08E85" w14:textId="77777777" w:rsidR="00D16112" w:rsidRPr="002A664E" w:rsidRDefault="00D35714" w:rsidP="00635299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>Proficiency</w:t>
            </w:r>
          </w:p>
        </w:tc>
      </w:tr>
      <w:tr w:rsidR="00F52A6F" w:rsidRPr="002A664E" w14:paraId="1A6A7551" w14:textId="77777777" w:rsidTr="00F74FEE">
        <w:tc>
          <w:tcPr>
            <w:tcW w:w="2500" w:type="pct"/>
          </w:tcPr>
          <w:p w14:paraId="5648A14F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2A664E">
              <w:rPr>
                <w:rFonts w:ascii="Times New Roman" w:hAnsi="Times New Roman" w:cs="Times New Roman"/>
                <w:b/>
              </w:rPr>
              <w:t xml:space="preserve">MS Office </w:t>
            </w:r>
          </w:p>
        </w:tc>
        <w:tc>
          <w:tcPr>
            <w:tcW w:w="2500" w:type="pct"/>
          </w:tcPr>
          <w:p w14:paraId="3B612F90" w14:textId="77777777" w:rsidR="00F52A6F" w:rsidRPr="002A664E" w:rsidRDefault="00D16112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proofErr w:type="gramStart"/>
            <w:r w:rsidRPr="002A664E">
              <w:rPr>
                <w:rFonts w:ascii="Times New Roman" w:hAnsi="Times New Roman" w:cs="Times New Roman"/>
              </w:rPr>
              <w:t>Basic ,</w:t>
            </w:r>
            <w:proofErr w:type="gramEnd"/>
            <w:r w:rsidRPr="002A664E">
              <w:rPr>
                <w:rFonts w:ascii="Times New Roman" w:hAnsi="Times New Roman" w:cs="Times New Roman"/>
              </w:rPr>
              <w:t xml:space="preserve"> Intermediate , Advanced , Expert </w:t>
            </w:r>
          </w:p>
        </w:tc>
      </w:tr>
      <w:tr w:rsidR="003869F9" w:rsidRPr="002A664E" w14:paraId="4D33B953" w14:textId="77777777" w:rsidTr="00F74FEE">
        <w:tc>
          <w:tcPr>
            <w:tcW w:w="2500" w:type="pct"/>
          </w:tcPr>
          <w:p w14:paraId="01235B47" w14:textId="77777777" w:rsidR="003869F9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SPSS</w:t>
            </w:r>
          </w:p>
        </w:tc>
        <w:tc>
          <w:tcPr>
            <w:tcW w:w="2500" w:type="pct"/>
          </w:tcPr>
          <w:p w14:paraId="447164C5" w14:textId="77777777" w:rsidR="003869F9" w:rsidRPr="002A664E" w:rsidRDefault="003869F9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869F9" w:rsidRPr="002A664E" w14:paraId="67B305EB" w14:textId="77777777" w:rsidTr="00F74FEE">
        <w:tc>
          <w:tcPr>
            <w:tcW w:w="2500" w:type="pct"/>
          </w:tcPr>
          <w:p w14:paraId="54598FB3" w14:textId="77777777" w:rsidR="003869F9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 xml:space="preserve">R Software </w:t>
            </w:r>
          </w:p>
        </w:tc>
        <w:tc>
          <w:tcPr>
            <w:tcW w:w="2500" w:type="pct"/>
          </w:tcPr>
          <w:p w14:paraId="0AEAAB1C" w14:textId="77777777" w:rsidR="003869F9" w:rsidRPr="002A664E" w:rsidRDefault="003869F9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F52A6F" w:rsidRPr="002A664E" w14:paraId="0D31564B" w14:textId="77777777" w:rsidTr="00F74FEE">
        <w:tc>
          <w:tcPr>
            <w:tcW w:w="2500" w:type="pct"/>
          </w:tcPr>
          <w:p w14:paraId="59F703C7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 xml:space="preserve">GIS </w:t>
            </w:r>
          </w:p>
        </w:tc>
        <w:tc>
          <w:tcPr>
            <w:tcW w:w="2500" w:type="pct"/>
          </w:tcPr>
          <w:p w14:paraId="7458C959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F52A6F" w:rsidRPr="002A664E" w14:paraId="0CFA88FA" w14:textId="77777777" w:rsidTr="00F74FEE">
        <w:tc>
          <w:tcPr>
            <w:tcW w:w="2500" w:type="pct"/>
          </w:tcPr>
          <w:p w14:paraId="38C83192" w14:textId="77777777" w:rsidR="00F52A6F" w:rsidRPr="002A664E" w:rsidRDefault="00112B4C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MATLAB</w:t>
            </w:r>
          </w:p>
        </w:tc>
        <w:tc>
          <w:tcPr>
            <w:tcW w:w="2500" w:type="pct"/>
          </w:tcPr>
          <w:p w14:paraId="73227BF6" w14:textId="77777777" w:rsidR="00F52A6F" w:rsidRPr="002A664E" w:rsidRDefault="00F52A6F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31521A" w:rsidRPr="002A664E" w14:paraId="59316A9C" w14:textId="77777777" w:rsidTr="00F74FEE">
        <w:tc>
          <w:tcPr>
            <w:tcW w:w="2500" w:type="pct"/>
          </w:tcPr>
          <w:p w14:paraId="026594FF" w14:textId="77777777" w:rsidR="0031521A" w:rsidRDefault="00112B4C" w:rsidP="00112B4C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Others </w:t>
            </w:r>
          </w:p>
        </w:tc>
        <w:tc>
          <w:tcPr>
            <w:tcW w:w="2500" w:type="pct"/>
          </w:tcPr>
          <w:p w14:paraId="0E11BAA1" w14:textId="77777777" w:rsidR="0031521A" w:rsidRPr="002A664E" w:rsidRDefault="0031521A" w:rsidP="00112B4C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57D3D563" w14:textId="77777777" w:rsidR="003869F9" w:rsidRPr="0033392E" w:rsidRDefault="003869F9" w:rsidP="0074717E">
      <w:pPr>
        <w:pStyle w:val="Heading1"/>
        <w:spacing w:before="0" w:line="240" w:lineRule="auto"/>
        <w:rPr>
          <w:rFonts w:ascii="Times New Roman" w:hAnsi="Times New Roman" w:cs="Times New Roman"/>
          <w:sz w:val="10"/>
        </w:rPr>
      </w:pPr>
    </w:p>
    <w:tbl>
      <w:tblPr>
        <w:tblStyle w:val="TableGrid"/>
        <w:tblW w:w="0" w:type="auto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shd w:val="clear" w:color="auto" w:fill="244061" w:themeFill="accent1" w:themeFillShade="80"/>
        <w:tblLook w:val="04A0" w:firstRow="1" w:lastRow="0" w:firstColumn="1" w:lastColumn="0" w:noHBand="0" w:noVBand="1"/>
      </w:tblPr>
      <w:tblGrid>
        <w:gridCol w:w="10790"/>
      </w:tblGrid>
      <w:tr w:rsidR="00385D9B" w:rsidRPr="002A664E" w14:paraId="554E9A6E" w14:textId="77777777" w:rsidTr="00147FE2">
        <w:tc>
          <w:tcPr>
            <w:tcW w:w="11016" w:type="dxa"/>
            <w:shd w:val="clear" w:color="auto" w:fill="244061" w:themeFill="accent1" w:themeFillShade="80"/>
          </w:tcPr>
          <w:p w14:paraId="74AE1453" w14:textId="77777777" w:rsidR="002B755D" w:rsidRPr="002A664E" w:rsidRDefault="002B755D" w:rsidP="002B755D">
            <w:pPr>
              <w:pStyle w:val="Heading1"/>
              <w:spacing w:before="40" w:after="40"/>
              <w:rPr>
                <w:rFonts w:ascii="Times New Roman" w:hAnsi="Times New Roman" w:cs="Times New Roman"/>
                <w:color w:val="FFFFFF" w:themeColor="background1"/>
              </w:rPr>
            </w:pPr>
            <w:r w:rsidRPr="002A664E">
              <w:rPr>
                <w:rFonts w:ascii="Times New Roman" w:hAnsi="Times New Roman" w:cs="Times New Roman"/>
                <w:color w:val="FFFFFF" w:themeColor="background1"/>
              </w:rPr>
              <w:t>References</w:t>
            </w:r>
            <w:r w:rsidR="005A1371"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</w:p>
        </w:tc>
      </w:tr>
    </w:tbl>
    <w:p w14:paraId="4387458D" w14:textId="77777777" w:rsidR="002B755D" w:rsidRPr="0033392E" w:rsidRDefault="002B755D" w:rsidP="0074717E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sz w:val="8"/>
        </w:rPr>
      </w:pPr>
    </w:p>
    <w:tbl>
      <w:tblPr>
        <w:tblStyle w:val="TableGrid"/>
        <w:tblW w:w="5000" w:type="pct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988"/>
        <w:gridCol w:w="2115"/>
        <w:gridCol w:w="7687"/>
      </w:tblGrid>
      <w:tr w:rsidR="00BC0DE0" w:rsidRPr="002A664E" w14:paraId="00F02AFF" w14:textId="77777777" w:rsidTr="00F74FEE">
        <w:tc>
          <w:tcPr>
            <w:tcW w:w="458" w:type="pct"/>
            <w:vMerge w:val="restart"/>
          </w:tcPr>
          <w:p w14:paraId="37841906" w14:textId="77777777" w:rsidR="00BC0DE0" w:rsidRPr="002A664E" w:rsidRDefault="00BC0DE0" w:rsidP="005A1371">
            <w:pPr>
              <w:pStyle w:val="ListParagraph"/>
              <w:numPr>
                <w:ilvl w:val="0"/>
                <w:numId w:val="12"/>
              </w:num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0" w:type="pct"/>
          </w:tcPr>
          <w:p w14:paraId="61C0DD1C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3562" w:type="pct"/>
          </w:tcPr>
          <w:p w14:paraId="3EEF6485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</w:tr>
      <w:tr w:rsidR="00BC0DE0" w:rsidRPr="002A664E" w14:paraId="7ACF3299" w14:textId="77777777" w:rsidTr="00F74FEE">
        <w:tc>
          <w:tcPr>
            <w:tcW w:w="458" w:type="pct"/>
            <w:vMerge/>
          </w:tcPr>
          <w:p w14:paraId="18AE2299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0" w:type="pct"/>
          </w:tcPr>
          <w:p w14:paraId="6B7216A1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Institution</w:t>
            </w:r>
          </w:p>
        </w:tc>
        <w:tc>
          <w:tcPr>
            <w:tcW w:w="3562" w:type="pct"/>
          </w:tcPr>
          <w:p w14:paraId="12DB1C09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</w:tr>
      <w:tr w:rsidR="00BC0DE0" w:rsidRPr="002A664E" w14:paraId="03345F53" w14:textId="77777777" w:rsidTr="00F74FEE">
        <w:tc>
          <w:tcPr>
            <w:tcW w:w="458" w:type="pct"/>
            <w:vMerge/>
          </w:tcPr>
          <w:p w14:paraId="79D513A9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80" w:type="pct"/>
          </w:tcPr>
          <w:p w14:paraId="7E6032CD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 xml:space="preserve">Contact No. </w:t>
            </w:r>
          </w:p>
        </w:tc>
        <w:tc>
          <w:tcPr>
            <w:tcW w:w="3562" w:type="pct"/>
          </w:tcPr>
          <w:p w14:paraId="4B89DEC7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C0DE0" w:rsidRPr="002A664E" w14:paraId="625D37AF" w14:textId="77777777" w:rsidTr="00F74FEE">
        <w:tc>
          <w:tcPr>
            <w:tcW w:w="458" w:type="pct"/>
            <w:vMerge/>
          </w:tcPr>
          <w:p w14:paraId="0B399D44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80" w:type="pct"/>
          </w:tcPr>
          <w:p w14:paraId="3C52F054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3562" w:type="pct"/>
          </w:tcPr>
          <w:p w14:paraId="54DAA0F2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C0DE0" w:rsidRPr="002A664E" w14:paraId="0A083B61" w14:textId="77777777" w:rsidTr="00F74FEE">
        <w:tc>
          <w:tcPr>
            <w:tcW w:w="458" w:type="pct"/>
            <w:vMerge w:val="restart"/>
          </w:tcPr>
          <w:p w14:paraId="2D2E1143" w14:textId="77777777" w:rsidR="00BC0DE0" w:rsidRPr="002A664E" w:rsidRDefault="00BC0DE0" w:rsidP="005A1371">
            <w:pPr>
              <w:pStyle w:val="ListParagraph"/>
              <w:numPr>
                <w:ilvl w:val="0"/>
                <w:numId w:val="12"/>
              </w:num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80" w:type="pct"/>
          </w:tcPr>
          <w:p w14:paraId="5B590544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3562" w:type="pct"/>
          </w:tcPr>
          <w:p w14:paraId="012BD7F3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C0DE0" w:rsidRPr="002A664E" w14:paraId="37B7AB68" w14:textId="77777777" w:rsidTr="00F74FEE">
        <w:tc>
          <w:tcPr>
            <w:tcW w:w="458" w:type="pct"/>
            <w:vMerge/>
          </w:tcPr>
          <w:p w14:paraId="78DAB142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80" w:type="pct"/>
          </w:tcPr>
          <w:p w14:paraId="78CF1F15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Institution</w:t>
            </w:r>
          </w:p>
        </w:tc>
        <w:tc>
          <w:tcPr>
            <w:tcW w:w="3562" w:type="pct"/>
          </w:tcPr>
          <w:p w14:paraId="3CE852A7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C0DE0" w:rsidRPr="002A664E" w14:paraId="13AAE943" w14:textId="77777777" w:rsidTr="00F74FEE">
        <w:tc>
          <w:tcPr>
            <w:tcW w:w="458" w:type="pct"/>
            <w:vMerge/>
          </w:tcPr>
          <w:p w14:paraId="1C378D59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80" w:type="pct"/>
          </w:tcPr>
          <w:p w14:paraId="1A365DA2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 xml:space="preserve">Contact No. </w:t>
            </w:r>
          </w:p>
        </w:tc>
        <w:tc>
          <w:tcPr>
            <w:tcW w:w="3562" w:type="pct"/>
          </w:tcPr>
          <w:p w14:paraId="32B2E293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BC0DE0" w:rsidRPr="002A664E" w14:paraId="19F775C2" w14:textId="77777777" w:rsidTr="00F74FEE">
        <w:tc>
          <w:tcPr>
            <w:tcW w:w="458" w:type="pct"/>
            <w:vMerge/>
          </w:tcPr>
          <w:p w14:paraId="1EC36A3C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980" w:type="pct"/>
          </w:tcPr>
          <w:p w14:paraId="49CF50CB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</w:rPr>
            </w:pPr>
            <w:r w:rsidRPr="002A664E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3562" w:type="pct"/>
          </w:tcPr>
          <w:p w14:paraId="315B6326" w14:textId="77777777" w:rsidR="00BC0DE0" w:rsidRPr="002A664E" w:rsidRDefault="00BC0DE0" w:rsidP="005A1371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456D5BDB" w14:textId="77777777" w:rsidR="003869F9" w:rsidRDefault="003869F9">
      <w:pPr>
        <w:rPr>
          <w:rFonts w:ascii="Times New Roman" w:hAnsi="Times New Roman" w:cs="Times New Roman"/>
        </w:rPr>
      </w:pPr>
    </w:p>
    <w:p w14:paraId="1E98838A" w14:textId="3D620CFF" w:rsidR="00E0536E" w:rsidRDefault="00E0536E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Updated on: </w:t>
      </w:r>
      <w:r w:rsidRPr="00E0536E">
        <w:rPr>
          <w:rFonts w:ascii="Times New Roman" w:hAnsi="Times New Roman" w:cs="Times New Roman"/>
          <w:u w:val="single"/>
        </w:rPr>
        <w:t>Please mention date</w:t>
      </w:r>
    </w:p>
    <w:p w14:paraId="197BDAA7" w14:textId="77777777" w:rsidR="00E0536E" w:rsidRDefault="00E0536E">
      <w:pPr>
        <w:rPr>
          <w:rFonts w:ascii="Times New Roman" w:hAnsi="Times New Roman" w:cs="Times New Roman"/>
          <w:u w:val="single"/>
        </w:rPr>
      </w:pPr>
    </w:p>
    <w:p w14:paraId="28C4226D" w14:textId="6F11E890" w:rsidR="00E0536E" w:rsidRPr="002A664E" w:rsidRDefault="00E0536E">
      <w:pPr>
        <w:rPr>
          <w:rFonts w:ascii="Times New Roman" w:hAnsi="Times New Roman" w:cs="Times New Roman"/>
        </w:rPr>
      </w:pPr>
      <w:r w:rsidRPr="00E0536E">
        <w:rPr>
          <w:rFonts w:ascii="Times New Roman" w:hAnsi="Times New Roman" w:cs="Times New Roman"/>
          <w:b/>
          <w:bCs/>
          <w:u w:val="single"/>
        </w:rPr>
        <w:t>Note:</w:t>
      </w:r>
      <w:r w:rsidRPr="00E0536E">
        <w:rPr>
          <w:rFonts w:ascii="Times New Roman" w:hAnsi="Times New Roman" w:cs="Times New Roman"/>
        </w:rPr>
        <w:t xml:space="preserve"> Please remove the rows which are not applicable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 xml:space="preserve"> </w:t>
      </w:r>
    </w:p>
    <w:sectPr w:rsidR="00E0536E" w:rsidRPr="002A664E" w:rsidSect="001E1F1D">
      <w:footerReference w:type="default" r:id="rId8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D4B8C" w14:textId="77777777" w:rsidR="00564778" w:rsidRDefault="00564778" w:rsidP="00FF2B24">
      <w:pPr>
        <w:spacing w:after="0" w:line="240" w:lineRule="auto"/>
      </w:pPr>
      <w:r>
        <w:separator/>
      </w:r>
    </w:p>
  </w:endnote>
  <w:endnote w:type="continuationSeparator" w:id="0">
    <w:p w14:paraId="7A9B54DD" w14:textId="77777777" w:rsidR="00564778" w:rsidRDefault="00564778" w:rsidP="00FF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727445964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6A501A1" w14:textId="77777777" w:rsidR="00B03235" w:rsidRPr="00FF2B24" w:rsidRDefault="00B03235">
            <w:pPr>
              <w:pStyle w:val="Footer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2B24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FF2B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FF2B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FF2B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C736F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FF2B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FF2B2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FF2B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FF2B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FF2B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C736F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FF2B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33C5023" w14:textId="77777777" w:rsidR="00B03235" w:rsidRDefault="00B032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9DE11" w14:textId="77777777" w:rsidR="00564778" w:rsidRDefault="00564778" w:rsidP="00FF2B24">
      <w:pPr>
        <w:spacing w:after="0" w:line="240" w:lineRule="auto"/>
      </w:pPr>
      <w:r>
        <w:separator/>
      </w:r>
    </w:p>
  </w:footnote>
  <w:footnote w:type="continuationSeparator" w:id="0">
    <w:p w14:paraId="73CC2351" w14:textId="77777777" w:rsidR="00564778" w:rsidRDefault="00564778" w:rsidP="00FF2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F463BD"/>
    <w:multiLevelType w:val="hybridMultilevel"/>
    <w:tmpl w:val="1A2A12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19041E"/>
    <w:multiLevelType w:val="hybridMultilevel"/>
    <w:tmpl w:val="ACE8C4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E54F3D"/>
    <w:multiLevelType w:val="hybridMultilevel"/>
    <w:tmpl w:val="2C589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90AA7"/>
    <w:multiLevelType w:val="hybridMultilevel"/>
    <w:tmpl w:val="FFA03304"/>
    <w:lvl w:ilvl="0" w:tplc="73C844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72539"/>
    <w:multiLevelType w:val="hybridMultilevel"/>
    <w:tmpl w:val="64D23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DE07AF"/>
    <w:multiLevelType w:val="hybridMultilevel"/>
    <w:tmpl w:val="F5A2F6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B35FBA"/>
    <w:multiLevelType w:val="hybridMultilevel"/>
    <w:tmpl w:val="80D278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9E5868"/>
    <w:multiLevelType w:val="hybridMultilevel"/>
    <w:tmpl w:val="955099FA"/>
    <w:lvl w:ilvl="0" w:tplc="DADE35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76549"/>
    <w:multiLevelType w:val="hybridMultilevel"/>
    <w:tmpl w:val="8FDC9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D350D5"/>
    <w:multiLevelType w:val="hybridMultilevel"/>
    <w:tmpl w:val="608AE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724528">
    <w:abstractNumId w:val="8"/>
  </w:num>
  <w:num w:numId="2" w16cid:durableId="818183530">
    <w:abstractNumId w:val="6"/>
  </w:num>
  <w:num w:numId="3" w16cid:durableId="952830317">
    <w:abstractNumId w:val="5"/>
  </w:num>
  <w:num w:numId="4" w16cid:durableId="1203711800">
    <w:abstractNumId w:val="4"/>
  </w:num>
  <w:num w:numId="5" w16cid:durableId="1642803226">
    <w:abstractNumId w:val="7"/>
  </w:num>
  <w:num w:numId="6" w16cid:durableId="1272862559">
    <w:abstractNumId w:val="3"/>
  </w:num>
  <w:num w:numId="7" w16cid:durableId="343560863">
    <w:abstractNumId w:val="2"/>
  </w:num>
  <w:num w:numId="8" w16cid:durableId="850607672">
    <w:abstractNumId w:val="1"/>
  </w:num>
  <w:num w:numId="9" w16cid:durableId="1354453593">
    <w:abstractNumId w:val="0"/>
  </w:num>
  <w:num w:numId="10" w16cid:durableId="1393312221">
    <w:abstractNumId w:val="14"/>
  </w:num>
  <w:num w:numId="11" w16cid:durableId="1098789198">
    <w:abstractNumId w:val="15"/>
  </w:num>
  <w:num w:numId="12" w16cid:durableId="1646005128">
    <w:abstractNumId w:val="12"/>
  </w:num>
  <w:num w:numId="13" w16cid:durableId="825361048">
    <w:abstractNumId w:val="16"/>
  </w:num>
  <w:num w:numId="14" w16cid:durableId="259678728">
    <w:abstractNumId w:val="17"/>
  </w:num>
  <w:num w:numId="15" w16cid:durableId="302009327">
    <w:abstractNumId w:val="18"/>
  </w:num>
  <w:num w:numId="16" w16cid:durableId="158740462">
    <w:abstractNumId w:val="9"/>
  </w:num>
  <w:num w:numId="17" w16cid:durableId="1682274883">
    <w:abstractNumId w:val="13"/>
  </w:num>
  <w:num w:numId="18" w16cid:durableId="972324098">
    <w:abstractNumId w:val="11"/>
  </w:num>
  <w:num w:numId="19" w16cid:durableId="20812459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486"/>
    <w:rsid w:val="00013C96"/>
    <w:rsid w:val="00021BFB"/>
    <w:rsid w:val="00030332"/>
    <w:rsid w:val="00034616"/>
    <w:rsid w:val="00034E7E"/>
    <w:rsid w:val="0004150C"/>
    <w:rsid w:val="00045A77"/>
    <w:rsid w:val="0006063C"/>
    <w:rsid w:val="00077FCF"/>
    <w:rsid w:val="00081B29"/>
    <w:rsid w:val="00092D72"/>
    <w:rsid w:val="000A4DB8"/>
    <w:rsid w:val="000A6961"/>
    <w:rsid w:val="000E5571"/>
    <w:rsid w:val="000F3AAD"/>
    <w:rsid w:val="000F4833"/>
    <w:rsid w:val="00112B4C"/>
    <w:rsid w:val="0011381F"/>
    <w:rsid w:val="001219C7"/>
    <w:rsid w:val="0013620E"/>
    <w:rsid w:val="00143E93"/>
    <w:rsid w:val="00144C5D"/>
    <w:rsid w:val="00147FE2"/>
    <w:rsid w:val="0015074B"/>
    <w:rsid w:val="00151DEA"/>
    <w:rsid w:val="001526C9"/>
    <w:rsid w:val="001746BC"/>
    <w:rsid w:val="001A2467"/>
    <w:rsid w:val="001A2F5E"/>
    <w:rsid w:val="001B47E3"/>
    <w:rsid w:val="001D5029"/>
    <w:rsid w:val="001E1F1D"/>
    <w:rsid w:val="001F1753"/>
    <w:rsid w:val="001F7B55"/>
    <w:rsid w:val="00205630"/>
    <w:rsid w:val="00293901"/>
    <w:rsid w:val="00293F21"/>
    <w:rsid w:val="0029639D"/>
    <w:rsid w:val="002A3842"/>
    <w:rsid w:val="002A664E"/>
    <w:rsid w:val="002B0326"/>
    <w:rsid w:val="002B755D"/>
    <w:rsid w:val="002D11A7"/>
    <w:rsid w:val="002E43D5"/>
    <w:rsid w:val="002F144B"/>
    <w:rsid w:val="002F4A1A"/>
    <w:rsid w:val="0031521A"/>
    <w:rsid w:val="003157F1"/>
    <w:rsid w:val="00321284"/>
    <w:rsid w:val="00326F90"/>
    <w:rsid w:val="0033392E"/>
    <w:rsid w:val="00334CF3"/>
    <w:rsid w:val="00366DF3"/>
    <w:rsid w:val="00385D9B"/>
    <w:rsid w:val="003869F9"/>
    <w:rsid w:val="00393905"/>
    <w:rsid w:val="003A7001"/>
    <w:rsid w:val="003C1F38"/>
    <w:rsid w:val="003E01CF"/>
    <w:rsid w:val="00404A7D"/>
    <w:rsid w:val="00410D39"/>
    <w:rsid w:val="00410D53"/>
    <w:rsid w:val="00414252"/>
    <w:rsid w:val="00431AC7"/>
    <w:rsid w:val="004334D2"/>
    <w:rsid w:val="004401D5"/>
    <w:rsid w:val="0044344C"/>
    <w:rsid w:val="00450132"/>
    <w:rsid w:val="00463034"/>
    <w:rsid w:val="00485B4A"/>
    <w:rsid w:val="004C2ED2"/>
    <w:rsid w:val="004D2193"/>
    <w:rsid w:val="004D41C7"/>
    <w:rsid w:val="004E2F51"/>
    <w:rsid w:val="00503A42"/>
    <w:rsid w:val="00521C53"/>
    <w:rsid w:val="00524ECC"/>
    <w:rsid w:val="005350CD"/>
    <w:rsid w:val="005358BF"/>
    <w:rsid w:val="00553DC7"/>
    <w:rsid w:val="005560AE"/>
    <w:rsid w:val="005576F6"/>
    <w:rsid w:val="00562EE7"/>
    <w:rsid w:val="00564778"/>
    <w:rsid w:val="005A1371"/>
    <w:rsid w:val="005A5964"/>
    <w:rsid w:val="005C5BD6"/>
    <w:rsid w:val="005D2202"/>
    <w:rsid w:val="005D41AB"/>
    <w:rsid w:val="005E2C64"/>
    <w:rsid w:val="005E468E"/>
    <w:rsid w:val="005F7000"/>
    <w:rsid w:val="00635299"/>
    <w:rsid w:val="006368A9"/>
    <w:rsid w:val="0065158C"/>
    <w:rsid w:val="006628E1"/>
    <w:rsid w:val="0068364E"/>
    <w:rsid w:val="006B3D3A"/>
    <w:rsid w:val="006C0CCD"/>
    <w:rsid w:val="006D63EC"/>
    <w:rsid w:val="0070202E"/>
    <w:rsid w:val="00702AF3"/>
    <w:rsid w:val="00706D53"/>
    <w:rsid w:val="00710D35"/>
    <w:rsid w:val="00743E03"/>
    <w:rsid w:val="0074717E"/>
    <w:rsid w:val="00747B13"/>
    <w:rsid w:val="00766BE2"/>
    <w:rsid w:val="007717E8"/>
    <w:rsid w:val="007727F1"/>
    <w:rsid w:val="007A3A66"/>
    <w:rsid w:val="007A4A3C"/>
    <w:rsid w:val="007E10B3"/>
    <w:rsid w:val="007E4DE4"/>
    <w:rsid w:val="007F247B"/>
    <w:rsid w:val="00833D41"/>
    <w:rsid w:val="00835810"/>
    <w:rsid w:val="00871C46"/>
    <w:rsid w:val="0088664C"/>
    <w:rsid w:val="00890408"/>
    <w:rsid w:val="008955BB"/>
    <w:rsid w:val="00897417"/>
    <w:rsid w:val="008A3B9F"/>
    <w:rsid w:val="008C0658"/>
    <w:rsid w:val="008C5863"/>
    <w:rsid w:val="008E0C76"/>
    <w:rsid w:val="008F1681"/>
    <w:rsid w:val="009063EF"/>
    <w:rsid w:val="00907407"/>
    <w:rsid w:val="00912932"/>
    <w:rsid w:val="00936443"/>
    <w:rsid w:val="0093749E"/>
    <w:rsid w:val="00985689"/>
    <w:rsid w:val="00992654"/>
    <w:rsid w:val="009C5854"/>
    <w:rsid w:val="00A03D50"/>
    <w:rsid w:val="00A20FE5"/>
    <w:rsid w:val="00A211CA"/>
    <w:rsid w:val="00A44A42"/>
    <w:rsid w:val="00A51309"/>
    <w:rsid w:val="00A60E4D"/>
    <w:rsid w:val="00A852B7"/>
    <w:rsid w:val="00AA1D8D"/>
    <w:rsid w:val="00AC6FE2"/>
    <w:rsid w:val="00AE2802"/>
    <w:rsid w:val="00B01ED4"/>
    <w:rsid w:val="00B03235"/>
    <w:rsid w:val="00B1288D"/>
    <w:rsid w:val="00B20559"/>
    <w:rsid w:val="00B25646"/>
    <w:rsid w:val="00B47730"/>
    <w:rsid w:val="00B90D81"/>
    <w:rsid w:val="00B916A2"/>
    <w:rsid w:val="00B92490"/>
    <w:rsid w:val="00B92EE3"/>
    <w:rsid w:val="00B93235"/>
    <w:rsid w:val="00B96BCE"/>
    <w:rsid w:val="00BB0906"/>
    <w:rsid w:val="00BB1B25"/>
    <w:rsid w:val="00BB3063"/>
    <w:rsid w:val="00BC0DE0"/>
    <w:rsid w:val="00BC10B3"/>
    <w:rsid w:val="00BC72A9"/>
    <w:rsid w:val="00C01A0D"/>
    <w:rsid w:val="00C31105"/>
    <w:rsid w:val="00C415DE"/>
    <w:rsid w:val="00C736FC"/>
    <w:rsid w:val="00C858BE"/>
    <w:rsid w:val="00C917D5"/>
    <w:rsid w:val="00C94179"/>
    <w:rsid w:val="00CB0664"/>
    <w:rsid w:val="00CD0371"/>
    <w:rsid w:val="00CE6248"/>
    <w:rsid w:val="00CE63F7"/>
    <w:rsid w:val="00D0176B"/>
    <w:rsid w:val="00D16112"/>
    <w:rsid w:val="00D219FD"/>
    <w:rsid w:val="00D35714"/>
    <w:rsid w:val="00D35B8B"/>
    <w:rsid w:val="00D503C3"/>
    <w:rsid w:val="00D52B65"/>
    <w:rsid w:val="00D54E4D"/>
    <w:rsid w:val="00D70D1C"/>
    <w:rsid w:val="00DB5953"/>
    <w:rsid w:val="00DF3F92"/>
    <w:rsid w:val="00E01B73"/>
    <w:rsid w:val="00E0536E"/>
    <w:rsid w:val="00E17573"/>
    <w:rsid w:val="00E33598"/>
    <w:rsid w:val="00E42698"/>
    <w:rsid w:val="00E50419"/>
    <w:rsid w:val="00E62D2F"/>
    <w:rsid w:val="00EA0CD8"/>
    <w:rsid w:val="00EB5383"/>
    <w:rsid w:val="00EB796B"/>
    <w:rsid w:val="00EC1BF0"/>
    <w:rsid w:val="00ED55D6"/>
    <w:rsid w:val="00EF3734"/>
    <w:rsid w:val="00F2107A"/>
    <w:rsid w:val="00F23BDB"/>
    <w:rsid w:val="00F240E3"/>
    <w:rsid w:val="00F250D5"/>
    <w:rsid w:val="00F30ABA"/>
    <w:rsid w:val="00F31F92"/>
    <w:rsid w:val="00F52A6F"/>
    <w:rsid w:val="00F552B6"/>
    <w:rsid w:val="00F7216E"/>
    <w:rsid w:val="00F74FEE"/>
    <w:rsid w:val="00F7695B"/>
    <w:rsid w:val="00FA091A"/>
    <w:rsid w:val="00FA5138"/>
    <w:rsid w:val="00FB198B"/>
    <w:rsid w:val="00FB3762"/>
    <w:rsid w:val="00FC693F"/>
    <w:rsid w:val="00FF2B24"/>
    <w:rsid w:val="00FF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E9A2DB"/>
  <w14:defaultImageDpi w14:val="300"/>
  <w15:docId w15:val="{0E715189-8F43-4C3B-9337-F947BAF0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1">
    <w:name w:val="Table Grid1"/>
    <w:basedOn w:val="TableNormal"/>
    <w:next w:val="TableGrid"/>
    <w:uiPriority w:val="39"/>
    <w:rsid w:val="005350C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29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29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700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157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57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57F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2BE735-B3AB-40E2-937A-3BE245008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Jafar Kasi</cp:lastModifiedBy>
  <cp:revision>2</cp:revision>
  <cp:lastPrinted>2025-08-24T09:05:00Z</cp:lastPrinted>
  <dcterms:created xsi:type="dcterms:W3CDTF">2026-05-13T09:44:00Z</dcterms:created>
  <dcterms:modified xsi:type="dcterms:W3CDTF">2026-05-13T09:44:00Z</dcterms:modified>
  <cp:category/>
</cp:coreProperties>
</file>